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31031C" w14:textId="77777777" w:rsidR="00424C49" w:rsidRPr="007C3371" w:rsidRDefault="0059002D">
      <w:pPr>
        <w:spacing w:after="160" w:line="259" w:lineRule="auto"/>
        <w:jc w:val="right"/>
        <w:rPr>
          <w:rFonts w:asciiTheme="majorHAnsi" w:hAnsiTheme="majorHAnsi" w:cstheme="majorHAnsi"/>
          <w:sz w:val="22"/>
          <w:lang w:val="pt-BR"/>
        </w:rPr>
      </w:pPr>
      <w:r w:rsidRPr="007C3371">
        <w:rPr>
          <w:rFonts w:asciiTheme="majorHAnsi" w:hAnsiTheme="majorHAnsi" w:cstheme="majorHAnsi"/>
          <w:b/>
          <w:sz w:val="22"/>
          <w:lang w:val="pt-BR"/>
        </w:rPr>
        <w:t>Anexa nr. 2</w:t>
      </w:r>
    </w:p>
    <w:p w14:paraId="06512842" w14:textId="77777777" w:rsidR="00424C49" w:rsidRPr="007C3371" w:rsidRDefault="0059002D">
      <w:pPr>
        <w:keepNext/>
        <w:spacing w:after="80" w:line="259" w:lineRule="auto"/>
        <w:jc w:val="center"/>
        <w:rPr>
          <w:rFonts w:asciiTheme="majorHAnsi" w:hAnsiTheme="majorHAnsi" w:cstheme="majorHAnsi"/>
          <w:sz w:val="22"/>
          <w:lang w:val="pt-BR"/>
        </w:rPr>
      </w:pPr>
      <w:r w:rsidRPr="007C3371">
        <w:rPr>
          <w:rFonts w:asciiTheme="majorHAnsi" w:hAnsiTheme="majorHAnsi" w:cstheme="majorHAnsi"/>
          <w:b/>
          <w:sz w:val="22"/>
          <w:lang w:val="pt-BR"/>
        </w:rPr>
        <w:t>FIȘA PARTENERULUI ȘI PROPUNEREA DE IMPLICARE ÎN PROIECT</w:t>
      </w:r>
    </w:p>
    <w:p w14:paraId="728232B5" w14:textId="77777777" w:rsidR="007C3371" w:rsidRDefault="0059002D">
      <w:pPr>
        <w:spacing w:after="80" w:line="259" w:lineRule="auto"/>
        <w:jc w:val="center"/>
        <w:rPr>
          <w:rFonts w:asciiTheme="majorHAnsi" w:hAnsiTheme="majorHAnsi" w:cstheme="majorHAnsi"/>
          <w:sz w:val="22"/>
          <w:lang w:val="pt-BR"/>
        </w:rPr>
      </w:pPr>
      <w:r w:rsidRPr="007C3371">
        <w:rPr>
          <w:rFonts w:asciiTheme="majorHAnsi" w:hAnsiTheme="majorHAnsi" w:cstheme="majorHAnsi"/>
          <w:sz w:val="22"/>
          <w:lang w:val="pt-BR"/>
        </w:rPr>
        <w:t xml:space="preserve"> </w:t>
      </w:r>
      <w:r w:rsidR="007C3371" w:rsidRPr="00E240E3">
        <w:rPr>
          <w:rFonts w:asciiTheme="majorHAnsi" w:hAnsiTheme="majorHAnsi" w:cstheme="majorHAnsi"/>
          <w:b/>
          <w:sz w:val="24"/>
          <w:szCs w:val="24"/>
          <w:lang w:val="pt-BR"/>
        </w:rPr>
        <w:t>„</w:t>
      </w:r>
      <w:r w:rsidR="007C3371" w:rsidRPr="00E240E3">
        <w:rPr>
          <w:rFonts w:asciiTheme="majorHAnsi" w:hAnsiTheme="majorHAnsi" w:cstheme="majorHAnsi"/>
          <w:b/>
          <w:bCs/>
          <w:sz w:val="24"/>
          <w:szCs w:val="24"/>
          <w:lang w:val="pt-PT"/>
        </w:rPr>
        <w:t>Școala de Inventică Reloaded –</w:t>
      </w:r>
      <w:r w:rsidR="007C3371" w:rsidRPr="00235DEF">
        <w:rPr>
          <w:rFonts w:asciiTheme="majorHAnsi" w:hAnsiTheme="majorHAnsi" w:cstheme="majorHAnsi"/>
          <w:b/>
          <w:bCs/>
          <w:sz w:val="24"/>
          <w:szCs w:val="24"/>
          <w:lang w:val="pt-PT"/>
        </w:rPr>
        <w:t xml:space="preserve"> Tradiție și modernitate academică în specializarea inteligentă și în inovarea digitală</w:t>
      </w:r>
      <w:r w:rsidR="007C3371">
        <w:rPr>
          <w:rFonts w:asciiTheme="majorHAnsi" w:hAnsiTheme="majorHAnsi" w:cstheme="majorHAnsi"/>
          <w:b/>
          <w:bCs/>
          <w:sz w:val="24"/>
          <w:szCs w:val="24"/>
          <w:lang w:val="pt-PT"/>
        </w:rPr>
        <w:t xml:space="preserve"> </w:t>
      </w:r>
      <w:r w:rsidR="007C3371" w:rsidRPr="00235DEF">
        <w:rPr>
          <w:rFonts w:asciiTheme="majorHAnsi" w:hAnsiTheme="majorHAnsi" w:cstheme="majorHAnsi"/>
          <w:b/>
          <w:bCs/>
          <w:sz w:val="24"/>
          <w:szCs w:val="24"/>
          <w:lang w:val="pt-PT"/>
        </w:rPr>
        <w:t>a viitorului – SIR-TUIASI</w:t>
      </w:r>
      <w:r w:rsidR="007C3371" w:rsidRPr="00235DEF">
        <w:rPr>
          <w:rFonts w:asciiTheme="majorHAnsi" w:hAnsiTheme="majorHAnsi" w:cstheme="majorHAnsi"/>
          <w:b/>
          <w:sz w:val="24"/>
          <w:szCs w:val="24"/>
          <w:lang w:val="pt-BR"/>
        </w:rPr>
        <w:t>”</w:t>
      </w:r>
      <w:r w:rsidRPr="007C3371">
        <w:rPr>
          <w:rFonts w:asciiTheme="majorHAnsi" w:hAnsiTheme="majorHAnsi" w:cstheme="majorHAnsi"/>
          <w:sz w:val="22"/>
          <w:lang w:val="pt-BR"/>
        </w:rPr>
        <w:t xml:space="preserve"> </w:t>
      </w:r>
    </w:p>
    <w:p w14:paraId="07E03594" w14:textId="77777777" w:rsidR="007C3371" w:rsidRDefault="0059002D">
      <w:pPr>
        <w:spacing w:after="80" w:line="259" w:lineRule="auto"/>
        <w:jc w:val="center"/>
        <w:rPr>
          <w:rFonts w:asciiTheme="majorHAnsi" w:hAnsiTheme="majorHAnsi" w:cstheme="majorHAnsi"/>
          <w:sz w:val="22"/>
          <w:lang w:val="pt-BR"/>
        </w:rPr>
      </w:pPr>
      <w:r w:rsidRPr="007C3371">
        <w:rPr>
          <w:rFonts w:asciiTheme="majorHAnsi" w:hAnsiTheme="majorHAnsi" w:cstheme="majorHAnsi"/>
          <w:sz w:val="22"/>
          <w:lang w:val="pt-BR"/>
        </w:rPr>
        <w:t xml:space="preserve">PEO 2021-2027, </w:t>
      </w:r>
    </w:p>
    <w:p w14:paraId="3F7430ED" w14:textId="77777777" w:rsidR="00424C49" w:rsidRPr="007C3371" w:rsidRDefault="0059002D">
      <w:pPr>
        <w:spacing w:after="80" w:line="259" w:lineRule="auto"/>
        <w:jc w:val="center"/>
        <w:rPr>
          <w:rFonts w:asciiTheme="majorHAnsi" w:hAnsiTheme="majorHAnsi" w:cstheme="majorHAnsi"/>
          <w:sz w:val="22"/>
          <w:lang w:val="pt-BR"/>
        </w:rPr>
      </w:pPr>
      <w:r w:rsidRPr="007C3371">
        <w:rPr>
          <w:rFonts w:asciiTheme="majorHAnsi" w:hAnsiTheme="majorHAnsi" w:cstheme="majorHAnsi"/>
          <w:sz w:val="22"/>
          <w:lang w:val="pt-BR"/>
        </w:rPr>
        <w:t>apel „Universități deschise”</w:t>
      </w:r>
    </w:p>
    <w:p w14:paraId="6785DCD8" w14:textId="77777777" w:rsidR="00424C49" w:rsidRPr="007C3371" w:rsidRDefault="0059002D">
      <w:pPr>
        <w:keepNext/>
        <w:spacing w:before="160" w:after="80" w:line="259" w:lineRule="auto"/>
        <w:rPr>
          <w:rFonts w:asciiTheme="majorHAnsi" w:hAnsiTheme="majorHAnsi" w:cstheme="majorHAnsi"/>
          <w:sz w:val="22"/>
        </w:rPr>
      </w:pPr>
      <w:r w:rsidRPr="007C3371">
        <w:rPr>
          <w:rFonts w:asciiTheme="majorHAnsi" w:hAnsiTheme="majorHAnsi" w:cstheme="majorHAnsi"/>
          <w:b/>
          <w:sz w:val="22"/>
        </w:rPr>
        <w:t>A. DATE DE IDENTIFICARE</w:t>
      </w:r>
    </w:p>
    <w:tbl>
      <w:tblPr>
        <w:tblStyle w:val="TableGrid"/>
        <w:tblW w:w="9638" w:type="dxa"/>
        <w:jc w:val="center"/>
        <w:tblLayout w:type="fixed"/>
        <w:tblLook w:val="04A0" w:firstRow="1" w:lastRow="0" w:firstColumn="1" w:lastColumn="0" w:noHBand="0" w:noVBand="1"/>
      </w:tblPr>
      <w:tblGrid>
        <w:gridCol w:w="3969"/>
        <w:gridCol w:w="5669"/>
      </w:tblGrid>
      <w:tr w:rsidR="00424C49" w:rsidRPr="007C3371" w14:paraId="71D019A3" w14:textId="77777777" w:rsidTr="007C3371">
        <w:trPr>
          <w:cantSplit/>
          <w:tblHeader/>
          <w:jc w:val="center"/>
        </w:trPr>
        <w:tc>
          <w:tcPr>
            <w:tcW w:w="3969" w:type="dxa"/>
          </w:tcPr>
          <w:p w14:paraId="15764820" w14:textId="77777777" w:rsidR="00424C49" w:rsidRPr="007C3371" w:rsidRDefault="0059002D">
            <w:pPr>
              <w:spacing w:before="20" w:after="20" w:line="259" w:lineRule="auto"/>
              <w:jc w:val="center"/>
              <w:rPr>
                <w:rFonts w:asciiTheme="majorHAnsi" w:hAnsiTheme="majorHAnsi" w:cstheme="majorHAnsi"/>
                <w:sz w:val="22"/>
              </w:rPr>
            </w:pPr>
            <w:proofErr w:type="spellStart"/>
            <w:r w:rsidRPr="007C3371">
              <w:rPr>
                <w:rFonts w:asciiTheme="majorHAnsi" w:hAnsiTheme="majorHAnsi" w:cstheme="majorHAnsi"/>
                <w:b/>
                <w:sz w:val="22"/>
              </w:rPr>
              <w:t>Câmp</w:t>
            </w:r>
            <w:proofErr w:type="spellEnd"/>
          </w:p>
        </w:tc>
        <w:tc>
          <w:tcPr>
            <w:tcW w:w="5669" w:type="dxa"/>
          </w:tcPr>
          <w:p w14:paraId="75B9BE8D" w14:textId="77777777" w:rsidR="00424C49" w:rsidRPr="007C3371" w:rsidRDefault="0059002D">
            <w:pPr>
              <w:spacing w:before="20" w:after="20" w:line="259" w:lineRule="auto"/>
              <w:jc w:val="center"/>
              <w:rPr>
                <w:rFonts w:asciiTheme="majorHAnsi" w:hAnsiTheme="majorHAnsi" w:cstheme="majorHAnsi"/>
                <w:sz w:val="22"/>
              </w:rPr>
            </w:pPr>
            <w:proofErr w:type="spellStart"/>
            <w:r w:rsidRPr="007C3371">
              <w:rPr>
                <w:rFonts w:asciiTheme="majorHAnsi" w:hAnsiTheme="majorHAnsi" w:cstheme="majorHAnsi"/>
                <w:b/>
                <w:sz w:val="22"/>
              </w:rPr>
              <w:t>Informații</w:t>
            </w:r>
            <w:proofErr w:type="spellEnd"/>
          </w:p>
        </w:tc>
      </w:tr>
      <w:tr w:rsidR="00424C49" w:rsidRPr="007C3371" w14:paraId="5851CD2E" w14:textId="77777777" w:rsidTr="007C3371">
        <w:trPr>
          <w:cantSplit/>
          <w:jc w:val="center"/>
        </w:trPr>
        <w:tc>
          <w:tcPr>
            <w:tcW w:w="3969" w:type="dxa"/>
          </w:tcPr>
          <w:p w14:paraId="57746A24" w14:textId="77777777" w:rsidR="00424C49" w:rsidRPr="007C3371" w:rsidRDefault="0059002D">
            <w:pPr>
              <w:spacing w:before="20" w:after="20" w:line="259" w:lineRule="auto"/>
              <w:rPr>
                <w:rFonts w:asciiTheme="majorHAnsi" w:hAnsiTheme="majorHAnsi" w:cstheme="majorHAnsi"/>
                <w:sz w:val="22"/>
              </w:rPr>
            </w:pPr>
            <w:proofErr w:type="spellStart"/>
            <w:r w:rsidRPr="007C3371">
              <w:rPr>
                <w:rFonts w:asciiTheme="majorHAnsi" w:hAnsiTheme="majorHAnsi" w:cstheme="majorHAnsi"/>
                <w:sz w:val="22"/>
              </w:rPr>
              <w:t>Denumirea</w:t>
            </w:r>
            <w:proofErr w:type="spellEnd"/>
            <w:r w:rsidRPr="007C3371">
              <w:rPr>
                <w:rFonts w:asciiTheme="majorHAnsi" w:hAnsiTheme="majorHAnsi" w:cstheme="majorHAnsi"/>
                <w:sz w:val="22"/>
              </w:rPr>
              <w:t xml:space="preserve"> </w:t>
            </w:r>
            <w:proofErr w:type="spellStart"/>
            <w:r w:rsidRPr="007C3371">
              <w:rPr>
                <w:rFonts w:asciiTheme="majorHAnsi" w:hAnsiTheme="majorHAnsi" w:cstheme="majorHAnsi"/>
                <w:sz w:val="22"/>
              </w:rPr>
              <w:t>organizației</w:t>
            </w:r>
            <w:proofErr w:type="spellEnd"/>
          </w:p>
        </w:tc>
        <w:tc>
          <w:tcPr>
            <w:tcW w:w="5669" w:type="dxa"/>
          </w:tcPr>
          <w:p w14:paraId="2818BE85" w14:textId="77777777" w:rsidR="00424C49" w:rsidRPr="007C3371" w:rsidRDefault="00424C49">
            <w:pPr>
              <w:spacing w:before="20" w:after="20" w:line="259" w:lineRule="auto"/>
              <w:rPr>
                <w:rFonts w:asciiTheme="majorHAnsi" w:hAnsiTheme="majorHAnsi" w:cstheme="majorHAnsi"/>
                <w:sz w:val="22"/>
              </w:rPr>
            </w:pPr>
          </w:p>
        </w:tc>
      </w:tr>
      <w:tr w:rsidR="00424C49" w:rsidRPr="007C3371" w14:paraId="18ED6FC0" w14:textId="77777777" w:rsidTr="007C3371">
        <w:trPr>
          <w:cantSplit/>
          <w:jc w:val="center"/>
        </w:trPr>
        <w:tc>
          <w:tcPr>
            <w:tcW w:w="3969" w:type="dxa"/>
          </w:tcPr>
          <w:p w14:paraId="553947E2" w14:textId="77777777" w:rsidR="00424C49" w:rsidRPr="007C3371" w:rsidRDefault="0059002D">
            <w:pPr>
              <w:spacing w:before="20" w:after="20" w:line="259" w:lineRule="auto"/>
              <w:rPr>
                <w:rFonts w:asciiTheme="majorHAnsi" w:hAnsiTheme="majorHAnsi" w:cstheme="majorHAnsi"/>
                <w:sz w:val="22"/>
              </w:rPr>
            </w:pPr>
            <w:proofErr w:type="spellStart"/>
            <w:r w:rsidRPr="007C3371">
              <w:rPr>
                <w:rFonts w:asciiTheme="majorHAnsi" w:hAnsiTheme="majorHAnsi" w:cstheme="majorHAnsi"/>
                <w:sz w:val="22"/>
              </w:rPr>
              <w:t>Acronim</w:t>
            </w:r>
            <w:proofErr w:type="spellEnd"/>
          </w:p>
        </w:tc>
        <w:tc>
          <w:tcPr>
            <w:tcW w:w="5669" w:type="dxa"/>
          </w:tcPr>
          <w:p w14:paraId="118791B4" w14:textId="77777777" w:rsidR="00424C49" w:rsidRPr="007C3371" w:rsidRDefault="00424C49">
            <w:pPr>
              <w:spacing w:before="20" w:after="20" w:line="259" w:lineRule="auto"/>
              <w:rPr>
                <w:rFonts w:asciiTheme="majorHAnsi" w:hAnsiTheme="majorHAnsi" w:cstheme="majorHAnsi"/>
                <w:sz w:val="22"/>
              </w:rPr>
            </w:pPr>
          </w:p>
        </w:tc>
      </w:tr>
      <w:tr w:rsidR="00424C49" w:rsidRPr="007C3371" w14:paraId="7E0AE824" w14:textId="77777777" w:rsidTr="007C3371">
        <w:trPr>
          <w:cantSplit/>
          <w:jc w:val="center"/>
        </w:trPr>
        <w:tc>
          <w:tcPr>
            <w:tcW w:w="3969" w:type="dxa"/>
          </w:tcPr>
          <w:p w14:paraId="67E4C58E" w14:textId="77777777" w:rsidR="00424C49" w:rsidRPr="007C3371" w:rsidRDefault="0059002D">
            <w:pPr>
              <w:spacing w:before="20" w:after="20" w:line="259" w:lineRule="auto"/>
              <w:rPr>
                <w:rFonts w:asciiTheme="majorHAnsi" w:hAnsiTheme="majorHAnsi" w:cstheme="majorHAnsi"/>
                <w:sz w:val="22"/>
                <w:lang w:val="pt-BR"/>
              </w:rPr>
            </w:pPr>
            <w:r w:rsidRPr="007C3371">
              <w:rPr>
                <w:rFonts w:asciiTheme="majorHAnsi" w:hAnsiTheme="majorHAnsi" w:cstheme="majorHAnsi"/>
                <w:sz w:val="22"/>
                <w:lang w:val="pt-BR"/>
              </w:rPr>
              <w:t>Forma juridică / categoria de partener eligibil (secț. 5.1.3 din Ghidul Solicitantului – Condiții Specifice „Universități deschise” – GSCS)</w:t>
            </w:r>
          </w:p>
        </w:tc>
        <w:tc>
          <w:tcPr>
            <w:tcW w:w="5669" w:type="dxa"/>
          </w:tcPr>
          <w:p w14:paraId="4E7BCA40" w14:textId="77777777" w:rsidR="00424C49" w:rsidRPr="007C3371" w:rsidRDefault="00424C49">
            <w:pPr>
              <w:spacing w:before="20" w:after="20" w:line="259" w:lineRule="auto"/>
              <w:rPr>
                <w:rFonts w:asciiTheme="majorHAnsi" w:hAnsiTheme="majorHAnsi" w:cstheme="majorHAnsi"/>
                <w:sz w:val="22"/>
                <w:lang w:val="pt-BR"/>
              </w:rPr>
            </w:pPr>
          </w:p>
        </w:tc>
      </w:tr>
      <w:tr w:rsidR="00424C49" w:rsidRPr="007C3371" w14:paraId="70093BE5" w14:textId="77777777" w:rsidTr="007C3371">
        <w:trPr>
          <w:cantSplit/>
          <w:jc w:val="center"/>
        </w:trPr>
        <w:tc>
          <w:tcPr>
            <w:tcW w:w="3969" w:type="dxa"/>
          </w:tcPr>
          <w:p w14:paraId="0378A6B1" w14:textId="77777777" w:rsidR="00424C49" w:rsidRPr="007C3371" w:rsidRDefault="0059002D">
            <w:pPr>
              <w:spacing w:before="20" w:after="20" w:line="259" w:lineRule="auto"/>
              <w:rPr>
                <w:rFonts w:asciiTheme="majorHAnsi" w:hAnsiTheme="majorHAnsi" w:cstheme="majorHAnsi"/>
                <w:sz w:val="22"/>
              </w:rPr>
            </w:pPr>
            <w:r w:rsidRPr="007C3371">
              <w:rPr>
                <w:rFonts w:asciiTheme="majorHAnsi" w:hAnsiTheme="majorHAnsi" w:cstheme="majorHAnsi"/>
                <w:sz w:val="22"/>
              </w:rPr>
              <w:t xml:space="preserve">Cod </w:t>
            </w:r>
            <w:proofErr w:type="spellStart"/>
            <w:r w:rsidRPr="007C3371">
              <w:rPr>
                <w:rFonts w:asciiTheme="majorHAnsi" w:hAnsiTheme="majorHAnsi" w:cstheme="majorHAnsi"/>
                <w:sz w:val="22"/>
              </w:rPr>
              <w:t>unic</w:t>
            </w:r>
            <w:proofErr w:type="spellEnd"/>
            <w:r w:rsidRPr="007C3371">
              <w:rPr>
                <w:rFonts w:asciiTheme="majorHAnsi" w:hAnsiTheme="majorHAnsi" w:cstheme="majorHAnsi"/>
                <w:sz w:val="22"/>
              </w:rPr>
              <w:t xml:space="preserve"> de </w:t>
            </w:r>
            <w:proofErr w:type="spellStart"/>
            <w:r w:rsidRPr="007C3371">
              <w:rPr>
                <w:rFonts w:asciiTheme="majorHAnsi" w:hAnsiTheme="majorHAnsi" w:cstheme="majorHAnsi"/>
                <w:sz w:val="22"/>
              </w:rPr>
              <w:t>înregistrare</w:t>
            </w:r>
            <w:proofErr w:type="spellEnd"/>
            <w:r w:rsidRPr="007C3371">
              <w:rPr>
                <w:rFonts w:asciiTheme="majorHAnsi" w:hAnsiTheme="majorHAnsi" w:cstheme="majorHAnsi"/>
                <w:sz w:val="22"/>
              </w:rPr>
              <w:t xml:space="preserve"> (CUI)</w:t>
            </w:r>
          </w:p>
        </w:tc>
        <w:tc>
          <w:tcPr>
            <w:tcW w:w="5669" w:type="dxa"/>
          </w:tcPr>
          <w:p w14:paraId="469F8049" w14:textId="77777777" w:rsidR="00424C49" w:rsidRPr="007C3371" w:rsidRDefault="00424C49">
            <w:pPr>
              <w:spacing w:before="20" w:after="20" w:line="259" w:lineRule="auto"/>
              <w:rPr>
                <w:rFonts w:asciiTheme="majorHAnsi" w:hAnsiTheme="majorHAnsi" w:cstheme="majorHAnsi"/>
                <w:sz w:val="22"/>
              </w:rPr>
            </w:pPr>
          </w:p>
        </w:tc>
      </w:tr>
      <w:tr w:rsidR="00424C49" w:rsidRPr="007C3371" w14:paraId="65C1F822" w14:textId="77777777" w:rsidTr="007C3371">
        <w:trPr>
          <w:cantSplit/>
          <w:jc w:val="center"/>
        </w:trPr>
        <w:tc>
          <w:tcPr>
            <w:tcW w:w="3969" w:type="dxa"/>
          </w:tcPr>
          <w:p w14:paraId="2D4BB60E" w14:textId="77777777" w:rsidR="00424C49" w:rsidRPr="007C3371" w:rsidRDefault="0059002D">
            <w:pPr>
              <w:spacing w:before="20" w:after="20" w:line="259" w:lineRule="auto"/>
              <w:rPr>
                <w:rFonts w:asciiTheme="majorHAnsi" w:hAnsiTheme="majorHAnsi" w:cstheme="majorHAnsi"/>
                <w:sz w:val="22"/>
                <w:lang w:val="pt-BR"/>
              </w:rPr>
            </w:pPr>
            <w:r w:rsidRPr="007C3371">
              <w:rPr>
                <w:rFonts w:asciiTheme="majorHAnsi" w:hAnsiTheme="majorHAnsi" w:cstheme="majorHAnsi"/>
                <w:sz w:val="22"/>
                <w:lang w:val="pt-BR"/>
              </w:rPr>
              <w:t>Nr. înregistrare ONRC / Registrul asociațiilor și fundațiilor / act de acreditare</w:t>
            </w:r>
          </w:p>
        </w:tc>
        <w:tc>
          <w:tcPr>
            <w:tcW w:w="5669" w:type="dxa"/>
          </w:tcPr>
          <w:p w14:paraId="4C940649" w14:textId="77777777" w:rsidR="00424C49" w:rsidRPr="007C3371" w:rsidRDefault="00424C49">
            <w:pPr>
              <w:spacing w:before="20" w:after="20" w:line="259" w:lineRule="auto"/>
              <w:rPr>
                <w:rFonts w:asciiTheme="majorHAnsi" w:hAnsiTheme="majorHAnsi" w:cstheme="majorHAnsi"/>
                <w:sz w:val="22"/>
                <w:lang w:val="pt-BR"/>
              </w:rPr>
            </w:pPr>
          </w:p>
        </w:tc>
      </w:tr>
      <w:tr w:rsidR="00424C49" w:rsidRPr="007C3371" w14:paraId="56EE04CA" w14:textId="77777777" w:rsidTr="007C3371">
        <w:trPr>
          <w:cantSplit/>
          <w:jc w:val="center"/>
        </w:trPr>
        <w:tc>
          <w:tcPr>
            <w:tcW w:w="3969" w:type="dxa"/>
          </w:tcPr>
          <w:p w14:paraId="5D59137B" w14:textId="77777777" w:rsidR="00424C49" w:rsidRPr="007C3371" w:rsidRDefault="0059002D">
            <w:pPr>
              <w:spacing w:before="20" w:after="20" w:line="259" w:lineRule="auto"/>
              <w:rPr>
                <w:rFonts w:asciiTheme="majorHAnsi" w:hAnsiTheme="majorHAnsi" w:cstheme="majorHAnsi"/>
                <w:sz w:val="22"/>
              </w:rPr>
            </w:pPr>
            <w:r w:rsidRPr="007C3371">
              <w:rPr>
                <w:rFonts w:asciiTheme="majorHAnsi" w:hAnsiTheme="majorHAnsi" w:cstheme="majorHAnsi"/>
                <w:sz w:val="22"/>
              </w:rPr>
              <w:t xml:space="preserve">Data </w:t>
            </w:r>
            <w:proofErr w:type="spellStart"/>
            <w:r w:rsidRPr="007C3371">
              <w:rPr>
                <w:rFonts w:asciiTheme="majorHAnsi" w:hAnsiTheme="majorHAnsi" w:cstheme="majorHAnsi"/>
                <w:sz w:val="22"/>
              </w:rPr>
              <w:t>înființării</w:t>
            </w:r>
            <w:proofErr w:type="spellEnd"/>
          </w:p>
        </w:tc>
        <w:tc>
          <w:tcPr>
            <w:tcW w:w="5669" w:type="dxa"/>
          </w:tcPr>
          <w:p w14:paraId="3D4D3B70" w14:textId="77777777" w:rsidR="00424C49" w:rsidRPr="007C3371" w:rsidRDefault="00424C49">
            <w:pPr>
              <w:spacing w:before="20" w:after="20" w:line="259" w:lineRule="auto"/>
              <w:rPr>
                <w:rFonts w:asciiTheme="majorHAnsi" w:hAnsiTheme="majorHAnsi" w:cstheme="majorHAnsi"/>
                <w:sz w:val="22"/>
              </w:rPr>
            </w:pPr>
          </w:p>
        </w:tc>
      </w:tr>
      <w:tr w:rsidR="00424C49" w:rsidRPr="007C3371" w14:paraId="1C1CC8C5" w14:textId="77777777" w:rsidTr="007C3371">
        <w:trPr>
          <w:cantSplit/>
          <w:jc w:val="center"/>
        </w:trPr>
        <w:tc>
          <w:tcPr>
            <w:tcW w:w="3969" w:type="dxa"/>
          </w:tcPr>
          <w:p w14:paraId="043A8FB4" w14:textId="77777777" w:rsidR="00424C49" w:rsidRPr="007C3371" w:rsidRDefault="0059002D">
            <w:pPr>
              <w:spacing w:before="20" w:after="20" w:line="259" w:lineRule="auto"/>
              <w:rPr>
                <w:rFonts w:asciiTheme="majorHAnsi" w:hAnsiTheme="majorHAnsi" w:cstheme="majorHAnsi"/>
                <w:sz w:val="22"/>
              </w:rPr>
            </w:pPr>
            <w:proofErr w:type="spellStart"/>
            <w:r w:rsidRPr="007C3371">
              <w:rPr>
                <w:rFonts w:asciiTheme="majorHAnsi" w:hAnsiTheme="majorHAnsi" w:cstheme="majorHAnsi"/>
                <w:sz w:val="22"/>
              </w:rPr>
              <w:t>Coduri</w:t>
            </w:r>
            <w:proofErr w:type="spellEnd"/>
            <w:r w:rsidRPr="007C3371">
              <w:rPr>
                <w:rFonts w:asciiTheme="majorHAnsi" w:hAnsiTheme="majorHAnsi" w:cstheme="majorHAnsi"/>
                <w:sz w:val="22"/>
              </w:rPr>
              <w:t xml:space="preserve"> CAEN / </w:t>
            </w:r>
            <w:proofErr w:type="spellStart"/>
            <w:r w:rsidRPr="007C3371">
              <w:rPr>
                <w:rFonts w:asciiTheme="majorHAnsi" w:hAnsiTheme="majorHAnsi" w:cstheme="majorHAnsi"/>
                <w:sz w:val="22"/>
              </w:rPr>
              <w:t>obiect</w:t>
            </w:r>
            <w:proofErr w:type="spellEnd"/>
            <w:r w:rsidRPr="007C3371">
              <w:rPr>
                <w:rFonts w:asciiTheme="majorHAnsi" w:hAnsiTheme="majorHAnsi" w:cstheme="majorHAnsi"/>
                <w:sz w:val="22"/>
              </w:rPr>
              <w:t xml:space="preserve"> de </w:t>
            </w:r>
            <w:proofErr w:type="spellStart"/>
            <w:r w:rsidRPr="007C3371">
              <w:rPr>
                <w:rFonts w:asciiTheme="majorHAnsi" w:hAnsiTheme="majorHAnsi" w:cstheme="majorHAnsi"/>
                <w:sz w:val="22"/>
              </w:rPr>
              <w:t>activitate</w:t>
            </w:r>
            <w:proofErr w:type="spellEnd"/>
            <w:r w:rsidRPr="007C3371">
              <w:rPr>
                <w:rFonts w:asciiTheme="majorHAnsi" w:hAnsiTheme="majorHAnsi" w:cstheme="majorHAnsi"/>
                <w:sz w:val="22"/>
              </w:rPr>
              <w:t xml:space="preserve"> relevant </w:t>
            </w:r>
            <w:proofErr w:type="spellStart"/>
            <w:r w:rsidRPr="007C3371">
              <w:rPr>
                <w:rFonts w:asciiTheme="majorHAnsi" w:hAnsiTheme="majorHAnsi" w:cstheme="majorHAnsi"/>
                <w:sz w:val="22"/>
              </w:rPr>
              <w:t>pentru</w:t>
            </w:r>
            <w:proofErr w:type="spellEnd"/>
            <w:r w:rsidRPr="007C3371">
              <w:rPr>
                <w:rFonts w:asciiTheme="majorHAnsi" w:hAnsiTheme="majorHAnsi" w:cstheme="majorHAnsi"/>
                <w:sz w:val="22"/>
              </w:rPr>
              <w:t xml:space="preserve"> </w:t>
            </w:r>
            <w:proofErr w:type="spellStart"/>
            <w:r w:rsidRPr="007C3371">
              <w:rPr>
                <w:rFonts w:asciiTheme="majorHAnsi" w:hAnsiTheme="majorHAnsi" w:cstheme="majorHAnsi"/>
                <w:sz w:val="22"/>
              </w:rPr>
              <w:t>activitățile</w:t>
            </w:r>
            <w:proofErr w:type="spellEnd"/>
            <w:r w:rsidRPr="007C3371">
              <w:rPr>
                <w:rFonts w:asciiTheme="majorHAnsi" w:hAnsiTheme="majorHAnsi" w:cstheme="majorHAnsi"/>
                <w:sz w:val="22"/>
              </w:rPr>
              <w:t xml:space="preserve"> </w:t>
            </w:r>
            <w:proofErr w:type="spellStart"/>
            <w:r w:rsidRPr="007C3371">
              <w:rPr>
                <w:rFonts w:asciiTheme="majorHAnsi" w:hAnsiTheme="majorHAnsi" w:cstheme="majorHAnsi"/>
                <w:sz w:val="22"/>
              </w:rPr>
              <w:t>asumate</w:t>
            </w:r>
            <w:proofErr w:type="spellEnd"/>
          </w:p>
        </w:tc>
        <w:tc>
          <w:tcPr>
            <w:tcW w:w="5669" w:type="dxa"/>
          </w:tcPr>
          <w:p w14:paraId="55A7A975" w14:textId="77777777" w:rsidR="00424C49" w:rsidRPr="007C3371" w:rsidRDefault="00424C49">
            <w:pPr>
              <w:spacing w:before="20" w:after="20" w:line="259" w:lineRule="auto"/>
              <w:rPr>
                <w:rFonts w:asciiTheme="majorHAnsi" w:hAnsiTheme="majorHAnsi" w:cstheme="majorHAnsi"/>
                <w:sz w:val="22"/>
              </w:rPr>
            </w:pPr>
          </w:p>
        </w:tc>
      </w:tr>
      <w:tr w:rsidR="00424C49" w:rsidRPr="007C3371" w14:paraId="0AABD42D" w14:textId="77777777" w:rsidTr="007C3371">
        <w:trPr>
          <w:cantSplit/>
          <w:jc w:val="center"/>
        </w:trPr>
        <w:tc>
          <w:tcPr>
            <w:tcW w:w="3969" w:type="dxa"/>
          </w:tcPr>
          <w:p w14:paraId="174EEA30" w14:textId="77777777" w:rsidR="00424C49" w:rsidRPr="007C3371" w:rsidRDefault="0059002D">
            <w:pPr>
              <w:spacing w:before="20" w:after="20" w:line="259" w:lineRule="auto"/>
              <w:rPr>
                <w:rFonts w:asciiTheme="majorHAnsi" w:hAnsiTheme="majorHAnsi" w:cstheme="majorHAnsi"/>
                <w:sz w:val="22"/>
                <w:lang w:val="pt-BR"/>
              </w:rPr>
            </w:pPr>
            <w:r w:rsidRPr="007C3371">
              <w:rPr>
                <w:rFonts w:asciiTheme="majorHAnsi" w:hAnsiTheme="majorHAnsi" w:cstheme="majorHAnsi"/>
                <w:sz w:val="22"/>
                <w:lang w:val="pt-BR"/>
              </w:rPr>
              <w:t>Adresa sediului social, tel., e-mail, website</w:t>
            </w:r>
          </w:p>
        </w:tc>
        <w:tc>
          <w:tcPr>
            <w:tcW w:w="5669" w:type="dxa"/>
          </w:tcPr>
          <w:p w14:paraId="497AE4E4" w14:textId="77777777" w:rsidR="00424C49" w:rsidRPr="007C3371" w:rsidRDefault="00424C49">
            <w:pPr>
              <w:spacing w:before="20" w:after="20" w:line="259" w:lineRule="auto"/>
              <w:rPr>
                <w:rFonts w:asciiTheme="majorHAnsi" w:hAnsiTheme="majorHAnsi" w:cstheme="majorHAnsi"/>
                <w:sz w:val="22"/>
                <w:lang w:val="pt-BR"/>
              </w:rPr>
            </w:pPr>
          </w:p>
        </w:tc>
      </w:tr>
      <w:tr w:rsidR="00424C49" w:rsidRPr="007C3371" w14:paraId="1FDC42DA" w14:textId="77777777" w:rsidTr="007C3371">
        <w:trPr>
          <w:cantSplit/>
          <w:jc w:val="center"/>
        </w:trPr>
        <w:tc>
          <w:tcPr>
            <w:tcW w:w="3969" w:type="dxa"/>
          </w:tcPr>
          <w:p w14:paraId="7CF7718D" w14:textId="77777777" w:rsidR="00424C49" w:rsidRPr="007C3371" w:rsidRDefault="0059002D">
            <w:pPr>
              <w:spacing w:before="20" w:after="20" w:line="259" w:lineRule="auto"/>
              <w:rPr>
                <w:rFonts w:asciiTheme="majorHAnsi" w:hAnsiTheme="majorHAnsi" w:cstheme="majorHAnsi"/>
                <w:sz w:val="22"/>
              </w:rPr>
            </w:pPr>
            <w:proofErr w:type="spellStart"/>
            <w:r w:rsidRPr="007C3371">
              <w:rPr>
                <w:rFonts w:asciiTheme="majorHAnsi" w:hAnsiTheme="majorHAnsi" w:cstheme="majorHAnsi"/>
                <w:sz w:val="22"/>
              </w:rPr>
              <w:t>Reprezentant</w:t>
            </w:r>
            <w:proofErr w:type="spellEnd"/>
            <w:r w:rsidRPr="007C3371">
              <w:rPr>
                <w:rFonts w:asciiTheme="majorHAnsi" w:hAnsiTheme="majorHAnsi" w:cstheme="majorHAnsi"/>
                <w:sz w:val="22"/>
              </w:rPr>
              <w:t xml:space="preserve"> legal (</w:t>
            </w:r>
            <w:proofErr w:type="spellStart"/>
            <w:r w:rsidRPr="007C3371">
              <w:rPr>
                <w:rFonts w:asciiTheme="majorHAnsi" w:hAnsiTheme="majorHAnsi" w:cstheme="majorHAnsi"/>
                <w:sz w:val="22"/>
              </w:rPr>
              <w:t>nume</w:t>
            </w:r>
            <w:proofErr w:type="spellEnd"/>
            <w:r w:rsidRPr="007C3371">
              <w:rPr>
                <w:rFonts w:asciiTheme="majorHAnsi" w:hAnsiTheme="majorHAnsi" w:cstheme="majorHAnsi"/>
                <w:sz w:val="22"/>
              </w:rPr>
              <w:t xml:space="preserve">, </w:t>
            </w:r>
            <w:proofErr w:type="spellStart"/>
            <w:r w:rsidRPr="007C3371">
              <w:rPr>
                <w:rFonts w:asciiTheme="majorHAnsi" w:hAnsiTheme="majorHAnsi" w:cstheme="majorHAnsi"/>
                <w:sz w:val="22"/>
              </w:rPr>
              <w:t>funcție</w:t>
            </w:r>
            <w:proofErr w:type="spellEnd"/>
            <w:r w:rsidRPr="007C3371">
              <w:rPr>
                <w:rFonts w:asciiTheme="majorHAnsi" w:hAnsiTheme="majorHAnsi" w:cstheme="majorHAnsi"/>
                <w:sz w:val="22"/>
              </w:rPr>
              <w:t>)</w:t>
            </w:r>
          </w:p>
        </w:tc>
        <w:tc>
          <w:tcPr>
            <w:tcW w:w="5669" w:type="dxa"/>
          </w:tcPr>
          <w:p w14:paraId="3BCC18B2" w14:textId="77777777" w:rsidR="00424C49" w:rsidRPr="007C3371" w:rsidRDefault="00424C49">
            <w:pPr>
              <w:spacing w:before="20" w:after="20" w:line="259" w:lineRule="auto"/>
              <w:rPr>
                <w:rFonts w:asciiTheme="majorHAnsi" w:hAnsiTheme="majorHAnsi" w:cstheme="majorHAnsi"/>
                <w:sz w:val="22"/>
              </w:rPr>
            </w:pPr>
          </w:p>
        </w:tc>
      </w:tr>
      <w:tr w:rsidR="00424C49" w:rsidRPr="007C3371" w14:paraId="55EC67E1" w14:textId="77777777" w:rsidTr="007C3371">
        <w:trPr>
          <w:cantSplit/>
          <w:jc w:val="center"/>
        </w:trPr>
        <w:tc>
          <w:tcPr>
            <w:tcW w:w="3969" w:type="dxa"/>
          </w:tcPr>
          <w:p w14:paraId="5FFD6508" w14:textId="77777777" w:rsidR="00424C49" w:rsidRPr="007C3371" w:rsidRDefault="0059002D">
            <w:pPr>
              <w:spacing w:before="20" w:after="20" w:line="259" w:lineRule="auto"/>
              <w:rPr>
                <w:rFonts w:asciiTheme="majorHAnsi" w:hAnsiTheme="majorHAnsi" w:cstheme="majorHAnsi"/>
                <w:sz w:val="22"/>
                <w:lang w:val="pt-BR"/>
              </w:rPr>
            </w:pPr>
            <w:r w:rsidRPr="007C3371">
              <w:rPr>
                <w:rFonts w:asciiTheme="majorHAnsi" w:hAnsiTheme="majorHAnsi" w:cstheme="majorHAnsi"/>
                <w:sz w:val="22"/>
                <w:lang w:val="pt-BR"/>
              </w:rPr>
              <w:t>Persoana de contact (nume, funcție, tel., e-mail)</w:t>
            </w:r>
          </w:p>
        </w:tc>
        <w:tc>
          <w:tcPr>
            <w:tcW w:w="5669" w:type="dxa"/>
          </w:tcPr>
          <w:p w14:paraId="1719DAD2" w14:textId="77777777" w:rsidR="00424C49" w:rsidRPr="007C3371" w:rsidRDefault="00424C49">
            <w:pPr>
              <w:spacing w:before="20" w:after="20" w:line="259" w:lineRule="auto"/>
              <w:rPr>
                <w:rFonts w:asciiTheme="majorHAnsi" w:hAnsiTheme="majorHAnsi" w:cstheme="majorHAnsi"/>
                <w:sz w:val="22"/>
                <w:lang w:val="pt-BR"/>
              </w:rPr>
            </w:pPr>
          </w:p>
        </w:tc>
      </w:tr>
      <w:tr w:rsidR="00424C49" w:rsidRPr="007C3371" w14:paraId="62D67BCD" w14:textId="77777777" w:rsidTr="007C3371">
        <w:trPr>
          <w:cantSplit/>
          <w:jc w:val="center"/>
        </w:trPr>
        <w:tc>
          <w:tcPr>
            <w:tcW w:w="3969" w:type="dxa"/>
          </w:tcPr>
          <w:p w14:paraId="695A086A" w14:textId="77777777" w:rsidR="00424C49" w:rsidRPr="007C3371" w:rsidRDefault="0059002D">
            <w:pPr>
              <w:spacing w:before="20" w:after="20" w:line="259" w:lineRule="auto"/>
              <w:rPr>
                <w:rFonts w:asciiTheme="majorHAnsi" w:hAnsiTheme="majorHAnsi" w:cstheme="majorHAnsi"/>
                <w:sz w:val="22"/>
                <w:lang w:val="pt-BR"/>
              </w:rPr>
            </w:pPr>
            <w:r w:rsidRPr="007C3371">
              <w:rPr>
                <w:rFonts w:asciiTheme="majorHAnsi" w:hAnsiTheme="majorHAnsi" w:cstheme="majorHAnsi"/>
                <w:sz w:val="22"/>
                <w:lang w:val="pt-BR"/>
              </w:rPr>
              <w:t>Legături de acționariat cu liderul de parteneriat sau cu alți parteneri</w:t>
            </w:r>
          </w:p>
        </w:tc>
        <w:tc>
          <w:tcPr>
            <w:tcW w:w="5669" w:type="dxa"/>
          </w:tcPr>
          <w:p w14:paraId="3E01B701" w14:textId="77777777" w:rsidR="00424C49" w:rsidRPr="007C3371" w:rsidRDefault="0059002D">
            <w:pPr>
              <w:spacing w:before="20" w:after="20" w:line="259" w:lineRule="auto"/>
              <w:rPr>
                <w:rFonts w:asciiTheme="majorHAnsi" w:hAnsiTheme="majorHAnsi" w:cstheme="majorHAnsi"/>
                <w:sz w:val="22"/>
              </w:rPr>
            </w:pPr>
            <w:r w:rsidRPr="007C3371">
              <w:rPr>
                <w:rFonts w:asciiTheme="majorHAnsi" w:hAnsiTheme="majorHAnsi" w:cstheme="majorHAnsi"/>
                <w:sz w:val="22"/>
              </w:rPr>
              <w:t xml:space="preserve">Nu </w:t>
            </w:r>
            <w:proofErr w:type="spellStart"/>
            <w:r w:rsidRPr="007C3371">
              <w:rPr>
                <w:rFonts w:asciiTheme="majorHAnsi" w:hAnsiTheme="majorHAnsi" w:cstheme="majorHAnsi"/>
                <w:sz w:val="22"/>
              </w:rPr>
              <w:t>există</w:t>
            </w:r>
            <w:proofErr w:type="spellEnd"/>
            <w:r w:rsidRPr="007C3371">
              <w:rPr>
                <w:rFonts w:asciiTheme="majorHAnsi" w:hAnsiTheme="majorHAnsi" w:cstheme="majorHAnsi"/>
                <w:sz w:val="22"/>
              </w:rPr>
              <w:t xml:space="preserve"> / [</w:t>
            </w:r>
            <w:proofErr w:type="spellStart"/>
            <w:r w:rsidRPr="007C3371">
              <w:rPr>
                <w:rFonts w:asciiTheme="majorHAnsi" w:hAnsiTheme="majorHAnsi" w:cstheme="majorHAnsi"/>
                <w:sz w:val="22"/>
              </w:rPr>
              <w:t>descriere</w:t>
            </w:r>
            <w:proofErr w:type="spellEnd"/>
            <w:r w:rsidRPr="007C3371">
              <w:rPr>
                <w:rFonts w:asciiTheme="majorHAnsi" w:hAnsiTheme="majorHAnsi" w:cstheme="majorHAnsi"/>
                <w:sz w:val="22"/>
              </w:rPr>
              <w:t>]</w:t>
            </w:r>
          </w:p>
        </w:tc>
      </w:tr>
    </w:tbl>
    <w:p w14:paraId="59584A87" w14:textId="77777777" w:rsidR="00424C49" w:rsidRPr="007C3371" w:rsidRDefault="00424C49">
      <w:pPr>
        <w:spacing w:after="80" w:line="259" w:lineRule="auto"/>
        <w:jc w:val="both"/>
        <w:rPr>
          <w:rFonts w:asciiTheme="majorHAnsi" w:hAnsiTheme="majorHAnsi" w:cstheme="majorHAnsi"/>
          <w:sz w:val="22"/>
        </w:rPr>
      </w:pPr>
    </w:p>
    <w:p w14:paraId="2B2FFBD4" w14:textId="77777777" w:rsidR="00424C49" w:rsidRPr="007C3371" w:rsidRDefault="0059002D">
      <w:pPr>
        <w:keepNext/>
        <w:spacing w:before="160" w:after="80" w:line="259" w:lineRule="auto"/>
        <w:rPr>
          <w:rFonts w:asciiTheme="majorHAnsi" w:hAnsiTheme="majorHAnsi" w:cstheme="majorHAnsi"/>
          <w:sz w:val="22"/>
        </w:rPr>
      </w:pPr>
      <w:r w:rsidRPr="007C3371">
        <w:rPr>
          <w:rFonts w:asciiTheme="majorHAnsi" w:hAnsiTheme="majorHAnsi" w:cstheme="majorHAnsi"/>
          <w:b/>
          <w:sz w:val="22"/>
        </w:rPr>
        <w:t>B. ACTIVITATEA ȘI EXPERIENȚA RELEVANTĂ</w:t>
      </w:r>
    </w:p>
    <w:tbl>
      <w:tblPr>
        <w:tblStyle w:val="TableGrid"/>
        <w:tblW w:w="9638" w:type="dxa"/>
        <w:jc w:val="center"/>
        <w:tblLayout w:type="fixed"/>
        <w:tblLook w:val="04A0" w:firstRow="1" w:lastRow="0" w:firstColumn="1" w:lastColumn="0" w:noHBand="0" w:noVBand="1"/>
      </w:tblPr>
      <w:tblGrid>
        <w:gridCol w:w="3402"/>
        <w:gridCol w:w="6236"/>
      </w:tblGrid>
      <w:tr w:rsidR="00424C49" w:rsidRPr="007C3371" w14:paraId="14F04B7A" w14:textId="77777777" w:rsidTr="007C3371">
        <w:trPr>
          <w:cantSplit/>
          <w:tblHeader/>
          <w:jc w:val="center"/>
        </w:trPr>
        <w:tc>
          <w:tcPr>
            <w:tcW w:w="3402" w:type="dxa"/>
          </w:tcPr>
          <w:p w14:paraId="6ADCC53C" w14:textId="77777777" w:rsidR="00424C49" w:rsidRPr="007C3371" w:rsidRDefault="0059002D">
            <w:pPr>
              <w:spacing w:before="20" w:after="20" w:line="259" w:lineRule="auto"/>
              <w:jc w:val="center"/>
              <w:rPr>
                <w:rFonts w:asciiTheme="majorHAnsi" w:hAnsiTheme="majorHAnsi" w:cstheme="majorHAnsi"/>
                <w:sz w:val="22"/>
              </w:rPr>
            </w:pPr>
            <w:r w:rsidRPr="007C3371">
              <w:rPr>
                <w:rFonts w:asciiTheme="majorHAnsi" w:hAnsiTheme="majorHAnsi" w:cstheme="majorHAnsi"/>
                <w:b/>
                <w:sz w:val="22"/>
              </w:rPr>
              <w:t>Element</w:t>
            </w:r>
          </w:p>
        </w:tc>
        <w:tc>
          <w:tcPr>
            <w:tcW w:w="6236" w:type="dxa"/>
          </w:tcPr>
          <w:p w14:paraId="32878B1B" w14:textId="77777777" w:rsidR="00424C49" w:rsidRPr="007C3371" w:rsidRDefault="0059002D">
            <w:pPr>
              <w:spacing w:before="20" w:after="20" w:line="259" w:lineRule="auto"/>
              <w:jc w:val="center"/>
              <w:rPr>
                <w:rFonts w:asciiTheme="majorHAnsi" w:hAnsiTheme="majorHAnsi" w:cstheme="majorHAnsi"/>
                <w:sz w:val="22"/>
              </w:rPr>
            </w:pPr>
            <w:proofErr w:type="spellStart"/>
            <w:r w:rsidRPr="007C3371">
              <w:rPr>
                <w:rFonts w:asciiTheme="majorHAnsi" w:hAnsiTheme="majorHAnsi" w:cstheme="majorHAnsi"/>
                <w:b/>
                <w:sz w:val="22"/>
              </w:rPr>
              <w:t>Descriere</w:t>
            </w:r>
            <w:proofErr w:type="spellEnd"/>
          </w:p>
        </w:tc>
      </w:tr>
      <w:tr w:rsidR="00424C49" w:rsidRPr="007C3371" w14:paraId="76299EB6" w14:textId="77777777" w:rsidTr="007C3371">
        <w:trPr>
          <w:cantSplit/>
          <w:jc w:val="center"/>
        </w:trPr>
        <w:tc>
          <w:tcPr>
            <w:tcW w:w="3402" w:type="dxa"/>
          </w:tcPr>
          <w:p w14:paraId="618C316E" w14:textId="77777777" w:rsidR="00424C49" w:rsidRPr="007C3371" w:rsidRDefault="0059002D">
            <w:pPr>
              <w:spacing w:before="20" w:after="20" w:line="259" w:lineRule="auto"/>
              <w:rPr>
                <w:rFonts w:asciiTheme="majorHAnsi" w:hAnsiTheme="majorHAnsi" w:cstheme="majorHAnsi"/>
                <w:sz w:val="22"/>
                <w:lang w:val="pt-BR"/>
              </w:rPr>
            </w:pPr>
            <w:r w:rsidRPr="007C3371">
              <w:rPr>
                <w:rFonts w:asciiTheme="majorHAnsi" w:hAnsiTheme="majorHAnsi" w:cstheme="majorHAnsi"/>
                <w:sz w:val="22"/>
                <w:lang w:val="pt-BR"/>
              </w:rPr>
              <w:t>Descrierea activității organizației relevante pentru proiect</w:t>
            </w:r>
          </w:p>
        </w:tc>
        <w:tc>
          <w:tcPr>
            <w:tcW w:w="6236" w:type="dxa"/>
          </w:tcPr>
          <w:p w14:paraId="5A5125F2" w14:textId="77777777" w:rsidR="00424C49" w:rsidRPr="007C3371" w:rsidRDefault="0059002D">
            <w:pPr>
              <w:spacing w:before="20" w:after="20" w:line="259" w:lineRule="auto"/>
              <w:rPr>
                <w:rFonts w:asciiTheme="majorHAnsi" w:hAnsiTheme="majorHAnsi" w:cstheme="majorHAnsi"/>
                <w:sz w:val="22"/>
              </w:rPr>
            </w:pPr>
            <w:r w:rsidRPr="007C3371">
              <w:rPr>
                <w:rFonts w:asciiTheme="majorHAnsi" w:hAnsiTheme="majorHAnsi" w:cstheme="majorHAnsi"/>
                <w:sz w:val="22"/>
                <w:lang w:val="pt-BR"/>
              </w:rPr>
              <w:t xml:space="preserve">Descrieți domeniile de activitate relevante (colaborare cu învățământul superior, analiza nevoilor de competențe, proiectare curriculum/programe de formare, competențe digitale/verzi, AI, mentorat și orientare vocațională/antreprenorială, informarea elevilor, formarea formatorilor/cadrelor didactice etc.) </w:t>
            </w:r>
            <w:proofErr w:type="spellStart"/>
            <w:r w:rsidRPr="007C3371">
              <w:rPr>
                <w:rFonts w:asciiTheme="majorHAnsi" w:hAnsiTheme="majorHAnsi" w:cstheme="majorHAnsi"/>
                <w:sz w:val="22"/>
              </w:rPr>
              <w:t>și</w:t>
            </w:r>
            <w:proofErr w:type="spellEnd"/>
            <w:r w:rsidRPr="007C3371">
              <w:rPr>
                <w:rFonts w:asciiTheme="majorHAnsi" w:hAnsiTheme="majorHAnsi" w:cstheme="majorHAnsi"/>
                <w:sz w:val="22"/>
              </w:rPr>
              <w:t xml:space="preserve"> </w:t>
            </w:r>
            <w:proofErr w:type="spellStart"/>
            <w:r w:rsidRPr="007C3371">
              <w:rPr>
                <w:rFonts w:asciiTheme="majorHAnsi" w:hAnsiTheme="majorHAnsi" w:cstheme="majorHAnsi"/>
                <w:sz w:val="22"/>
              </w:rPr>
              <w:t>perioada</w:t>
            </w:r>
            <w:proofErr w:type="spellEnd"/>
            <w:r w:rsidRPr="007C3371">
              <w:rPr>
                <w:rFonts w:asciiTheme="majorHAnsi" w:hAnsiTheme="majorHAnsi" w:cstheme="majorHAnsi"/>
                <w:sz w:val="22"/>
              </w:rPr>
              <w:t xml:space="preserve"> de </w:t>
            </w:r>
            <w:proofErr w:type="spellStart"/>
            <w:r w:rsidRPr="007C3371">
              <w:rPr>
                <w:rFonts w:asciiTheme="majorHAnsi" w:hAnsiTheme="majorHAnsi" w:cstheme="majorHAnsi"/>
                <w:sz w:val="22"/>
              </w:rPr>
              <w:t>desfășurare</w:t>
            </w:r>
            <w:proofErr w:type="spellEnd"/>
            <w:r w:rsidRPr="007C3371">
              <w:rPr>
                <w:rFonts w:asciiTheme="majorHAnsi" w:hAnsiTheme="majorHAnsi" w:cstheme="majorHAnsi"/>
                <w:sz w:val="22"/>
              </w:rPr>
              <w:t>.</w:t>
            </w:r>
          </w:p>
        </w:tc>
      </w:tr>
      <w:tr w:rsidR="00424C49" w:rsidRPr="007C3371" w14:paraId="1018686F" w14:textId="77777777" w:rsidTr="007C3371">
        <w:trPr>
          <w:cantSplit/>
          <w:jc w:val="center"/>
        </w:trPr>
        <w:tc>
          <w:tcPr>
            <w:tcW w:w="3402" w:type="dxa"/>
          </w:tcPr>
          <w:p w14:paraId="35BA983D" w14:textId="77777777" w:rsidR="00424C49" w:rsidRPr="007C3371" w:rsidRDefault="0059002D">
            <w:pPr>
              <w:spacing w:before="20" w:after="20" w:line="259" w:lineRule="auto"/>
              <w:rPr>
                <w:rFonts w:asciiTheme="majorHAnsi" w:hAnsiTheme="majorHAnsi" w:cstheme="majorHAnsi"/>
                <w:sz w:val="22"/>
                <w:lang w:val="pt-BR"/>
              </w:rPr>
            </w:pPr>
            <w:r w:rsidRPr="007C3371">
              <w:rPr>
                <w:rFonts w:asciiTheme="majorHAnsi" w:hAnsiTheme="majorHAnsi" w:cstheme="majorHAnsi"/>
                <w:sz w:val="22"/>
                <w:lang w:val="pt-BR"/>
              </w:rPr>
              <w:t>Durata experienței în domeniile aferente activităților relevante asumate</w:t>
            </w:r>
          </w:p>
        </w:tc>
        <w:tc>
          <w:tcPr>
            <w:tcW w:w="6236" w:type="dxa"/>
          </w:tcPr>
          <w:p w14:paraId="526F3A32" w14:textId="77777777" w:rsidR="00424C49" w:rsidRPr="007C3371" w:rsidRDefault="0059002D">
            <w:pPr>
              <w:spacing w:before="20" w:after="20" w:line="259" w:lineRule="auto"/>
              <w:rPr>
                <w:rFonts w:asciiTheme="majorHAnsi" w:hAnsiTheme="majorHAnsi" w:cstheme="majorHAnsi"/>
                <w:sz w:val="22"/>
              </w:rPr>
            </w:pPr>
            <w:r w:rsidRPr="007C3371">
              <w:rPr>
                <w:rFonts w:asciiTheme="majorHAnsi" w:hAnsiTheme="majorHAnsi" w:cstheme="majorHAnsi"/>
                <w:sz w:val="22"/>
                <w:lang w:val="pt-BR"/>
              </w:rPr>
              <w:t xml:space="preserve">[__] ani [__] luni – domeniul: [_____] (documente doveditoare: pag. </w:t>
            </w:r>
            <w:r w:rsidRPr="007C3371">
              <w:rPr>
                <w:rFonts w:asciiTheme="majorHAnsi" w:hAnsiTheme="majorHAnsi" w:cstheme="majorHAnsi"/>
                <w:sz w:val="22"/>
              </w:rPr>
              <w:t>[__])</w:t>
            </w:r>
          </w:p>
        </w:tc>
      </w:tr>
    </w:tbl>
    <w:p w14:paraId="136B1CC1" w14:textId="77777777" w:rsidR="007C3371" w:rsidRDefault="007C3371">
      <w:pPr>
        <w:spacing w:after="80" w:line="259" w:lineRule="auto"/>
        <w:jc w:val="both"/>
        <w:rPr>
          <w:rFonts w:asciiTheme="majorHAnsi" w:hAnsiTheme="majorHAnsi" w:cstheme="majorHAnsi"/>
          <w:sz w:val="22"/>
        </w:rPr>
      </w:pPr>
    </w:p>
    <w:p w14:paraId="0F3AD4F5" w14:textId="77777777" w:rsidR="007C3371" w:rsidRDefault="007C3371">
      <w:pPr>
        <w:rPr>
          <w:rFonts w:asciiTheme="majorHAnsi" w:hAnsiTheme="majorHAnsi" w:cstheme="majorHAnsi"/>
          <w:sz w:val="22"/>
        </w:rPr>
      </w:pPr>
      <w:r>
        <w:rPr>
          <w:rFonts w:asciiTheme="majorHAnsi" w:hAnsiTheme="majorHAnsi" w:cstheme="majorHAnsi"/>
          <w:sz w:val="22"/>
        </w:rPr>
        <w:br w:type="page"/>
      </w:r>
    </w:p>
    <w:p w14:paraId="5F08815C" w14:textId="77777777" w:rsidR="007C3371" w:rsidRPr="007C3371" w:rsidRDefault="007C3371">
      <w:pPr>
        <w:spacing w:after="80" w:line="259" w:lineRule="auto"/>
        <w:jc w:val="both"/>
        <w:rPr>
          <w:rFonts w:asciiTheme="majorHAnsi" w:hAnsiTheme="majorHAnsi" w:cstheme="majorHAnsi"/>
          <w:sz w:val="22"/>
        </w:rPr>
      </w:pPr>
    </w:p>
    <w:p w14:paraId="645795C3" w14:textId="77777777" w:rsidR="00424C49" w:rsidRPr="007C3371" w:rsidRDefault="0059002D">
      <w:pPr>
        <w:spacing w:after="120" w:line="259" w:lineRule="auto"/>
        <w:rPr>
          <w:rFonts w:asciiTheme="majorHAnsi" w:hAnsiTheme="majorHAnsi" w:cstheme="majorHAnsi"/>
          <w:sz w:val="22"/>
        </w:rPr>
      </w:pPr>
      <w:r w:rsidRPr="007C3371">
        <w:rPr>
          <w:rFonts w:asciiTheme="majorHAnsi" w:hAnsiTheme="majorHAnsi" w:cstheme="majorHAnsi"/>
          <w:b/>
          <w:sz w:val="22"/>
        </w:rPr>
        <w:t xml:space="preserve">B.1. </w:t>
      </w:r>
      <w:proofErr w:type="spellStart"/>
      <w:r w:rsidRPr="007C3371">
        <w:rPr>
          <w:rFonts w:asciiTheme="majorHAnsi" w:hAnsiTheme="majorHAnsi" w:cstheme="majorHAnsi"/>
          <w:b/>
          <w:sz w:val="22"/>
        </w:rPr>
        <w:t>Proiecte</w:t>
      </w:r>
      <w:proofErr w:type="spellEnd"/>
      <w:r w:rsidRPr="007C3371">
        <w:rPr>
          <w:rFonts w:asciiTheme="majorHAnsi" w:hAnsiTheme="majorHAnsi" w:cstheme="majorHAnsi"/>
          <w:b/>
          <w:sz w:val="22"/>
        </w:rPr>
        <w:t>/</w:t>
      </w:r>
      <w:proofErr w:type="spellStart"/>
      <w:r w:rsidRPr="007C3371">
        <w:rPr>
          <w:rFonts w:asciiTheme="majorHAnsi" w:hAnsiTheme="majorHAnsi" w:cstheme="majorHAnsi"/>
          <w:b/>
          <w:sz w:val="22"/>
        </w:rPr>
        <w:t>contracte</w:t>
      </w:r>
      <w:proofErr w:type="spellEnd"/>
      <w:r w:rsidRPr="007C3371">
        <w:rPr>
          <w:rFonts w:asciiTheme="majorHAnsi" w:hAnsiTheme="majorHAnsi" w:cstheme="majorHAnsi"/>
          <w:b/>
          <w:sz w:val="22"/>
        </w:rPr>
        <w:t xml:space="preserve"> </w:t>
      </w:r>
      <w:proofErr w:type="spellStart"/>
      <w:r w:rsidR="00A06B79" w:rsidRPr="007C3371">
        <w:rPr>
          <w:rFonts w:asciiTheme="majorHAnsi" w:hAnsiTheme="majorHAnsi" w:cstheme="majorHAnsi"/>
          <w:b/>
          <w:sz w:val="22"/>
        </w:rPr>
        <w:t>finalizate</w:t>
      </w:r>
      <w:proofErr w:type="spellEnd"/>
      <w:r w:rsidR="00A06B79" w:rsidRPr="007C3371">
        <w:rPr>
          <w:rFonts w:asciiTheme="majorHAnsi" w:hAnsiTheme="majorHAnsi" w:cstheme="majorHAnsi"/>
          <w:b/>
          <w:sz w:val="22"/>
        </w:rPr>
        <w:t xml:space="preserve"> </w:t>
      </w:r>
      <w:proofErr w:type="spellStart"/>
      <w:r w:rsidR="00A06B79" w:rsidRPr="007C3371">
        <w:rPr>
          <w:rFonts w:asciiTheme="majorHAnsi" w:hAnsiTheme="majorHAnsi" w:cstheme="majorHAnsi"/>
          <w:b/>
          <w:sz w:val="22"/>
        </w:rPr>
        <w:t>sau</w:t>
      </w:r>
      <w:proofErr w:type="spellEnd"/>
      <w:r w:rsidR="00A06B79" w:rsidRPr="007C3371">
        <w:rPr>
          <w:rFonts w:asciiTheme="majorHAnsi" w:hAnsiTheme="majorHAnsi" w:cstheme="majorHAnsi"/>
          <w:b/>
          <w:sz w:val="22"/>
        </w:rPr>
        <w:t xml:space="preserve"> </w:t>
      </w:r>
      <w:proofErr w:type="spellStart"/>
      <w:r w:rsidR="00A06B79" w:rsidRPr="007C3371">
        <w:rPr>
          <w:rFonts w:asciiTheme="majorHAnsi" w:hAnsiTheme="majorHAnsi" w:cstheme="majorHAnsi"/>
          <w:b/>
          <w:sz w:val="22"/>
        </w:rPr>
        <w:t>în</w:t>
      </w:r>
      <w:proofErr w:type="spellEnd"/>
      <w:r w:rsidR="00A06B79" w:rsidRPr="007C3371">
        <w:rPr>
          <w:rFonts w:asciiTheme="majorHAnsi" w:hAnsiTheme="majorHAnsi" w:cstheme="majorHAnsi"/>
          <w:b/>
          <w:sz w:val="22"/>
        </w:rPr>
        <w:t xml:space="preserve"> </w:t>
      </w:r>
      <w:proofErr w:type="spellStart"/>
      <w:r w:rsidR="00A06B79" w:rsidRPr="007C3371">
        <w:rPr>
          <w:rFonts w:asciiTheme="majorHAnsi" w:hAnsiTheme="majorHAnsi" w:cstheme="majorHAnsi"/>
          <w:b/>
          <w:sz w:val="22"/>
        </w:rPr>
        <w:t>derulare</w:t>
      </w:r>
      <w:proofErr w:type="spellEnd"/>
      <w:r w:rsidRPr="007C3371">
        <w:rPr>
          <w:rFonts w:asciiTheme="majorHAnsi" w:hAnsiTheme="majorHAnsi" w:cstheme="majorHAnsi"/>
          <w:b/>
          <w:sz w:val="22"/>
        </w:rPr>
        <w:t xml:space="preserve"> </w:t>
      </w:r>
      <w:proofErr w:type="spellStart"/>
      <w:r w:rsidRPr="007C3371">
        <w:rPr>
          <w:rFonts w:asciiTheme="majorHAnsi" w:hAnsiTheme="majorHAnsi" w:cstheme="majorHAnsi"/>
          <w:b/>
          <w:sz w:val="22"/>
        </w:rPr>
        <w:t>relevante</w:t>
      </w:r>
      <w:proofErr w:type="spellEnd"/>
      <w:r w:rsidRPr="007C3371">
        <w:rPr>
          <w:rFonts w:asciiTheme="majorHAnsi" w:hAnsiTheme="majorHAnsi" w:cstheme="majorHAnsi"/>
          <w:b/>
          <w:sz w:val="22"/>
        </w:rPr>
        <w:t xml:space="preserve"> </w:t>
      </w:r>
      <w:proofErr w:type="spellStart"/>
      <w:r w:rsidRPr="007C3371">
        <w:rPr>
          <w:rFonts w:asciiTheme="majorHAnsi" w:hAnsiTheme="majorHAnsi" w:cstheme="majorHAnsi"/>
          <w:b/>
          <w:sz w:val="22"/>
        </w:rPr>
        <w:t>pentru</w:t>
      </w:r>
      <w:proofErr w:type="spellEnd"/>
      <w:r w:rsidRPr="007C3371">
        <w:rPr>
          <w:rFonts w:asciiTheme="majorHAnsi" w:hAnsiTheme="majorHAnsi" w:cstheme="majorHAnsi"/>
          <w:b/>
          <w:sz w:val="22"/>
        </w:rPr>
        <w:t xml:space="preserve"> </w:t>
      </w:r>
      <w:proofErr w:type="spellStart"/>
      <w:r w:rsidRPr="007C3371">
        <w:rPr>
          <w:rFonts w:asciiTheme="majorHAnsi" w:hAnsiTheme="majorHAnsi" w:cstheme="majorHAnsi"/>
          <w:b/>
          <w:sz w:val="22"/>
        </w:rPr>
        <w:t>proiect</w:t>
      </w:r>
      <w:proofErr w:type="spellEnd"/>
      <w:r w:rsidRPr="007C3371">
        <w:rPr>
          <w:rFonts w:asciiTheme="majorHAnsi" w:hAnsiTheme="majorHAnsi" w:cstheme="majorHAnsi"/>
          <w:sz w:val="22"/>
        </w:rPr>
        <w:t xml:space="preserve"> (se </w:t>
      </w:r>
      <w:proofErr w:type="spellStart"/>
      <w:r w:rsidRPr="007C3371">
        <w:rPr>
          <w:rFonts w:asciiTheme="majorHAnsi" w:hAnsiTheme="majorHAnsi" w:cstheme="majorHAnsi"/>
          <w:sz w:val="22"/>
        </w:rPr>
        <w:t>completează</w:t>
      </w:r>
      <w:proofErr w:type="spellEnd"/>
      <w:r w:rsidRPr="007C3371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7C3371">
        <w:rPr>
          <w:rFonts w:asciiTheme="majorHAnsi" w:hAnsiTheme="majorHAnsi" w:cstheme="majorHAnsi"/>
          <w:sz w:val="22"/>
        </w:rPr>
        <w:t>câte</w:t>
      </w:r>
      <w:proofErr w:type="spellEnd"/>
      <w:r w:rsidRPr="007C3371">
        <w:rPr>
          <w:rFonts w:asciiTheme="majorHAnsi" w:hAnsiTheme="majorHAnsi" w:cstheme="majorHAnsi"/>
          <w:sz w:val="22"/>
        </w:rPr>
        <w:t xml:space="preserve"> un </w:t>
      </w:r>
      <w:proofErr w:type="spellStart"/>
      <w:r w:rsidRPr="007C3371">
        <w:rPr>
          <w:rFonts w:asciiTheme="majorHAnsi" w:hAnsiTheme="majorHAnsi" w:cstheme="majorHAnsi"/>
          <w:sz w:val="22"/>
        </w:rPr>
        <w:t>tabel</w:t>
      </w:r>
      <w:proofErr w:type="spellEnd"/>
      <w:r w:rsidRPr="007C3371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7C3371">
        <w:rPr>
          <w:rFonts w:asciiTheme="majorHAnsi" w:hAnsiTheme="majorHAnsi" w:cstheme="majorHAnsi"/>
          <w:sz w:val="22"/>
        </w:rPr>
        <w:t>pentru</w:t>
      </w:r>
      <w:proofErr w:type="spellEnd"/>
      <w:r w:rsidRPr="007C3371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7C3371">
        <w:rPr>
          <w:rFonts w:asciiTheme="majorHAnsi" w:hAnsiTheme="majorHAnsi" w:cstheme="majorHAnsi"/>
          <w:sz w:val="22"/>
        </w:rPr>
        <w:t>fiecare</w:t>
      </w:r>
      <w:proofErr w:type="spellEnd"/>
      <w:r w:rsidRPr="007C3371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7C3371">
        <w:rPr>
          <w:rFonts w:asciiTheme="majorHAnsi" w:hAnsiTheme="majorHAnsi" w:cstheme="majorHAnsi"/>
          <w:sz w:val="22"/>
        </w:rPr>
        <w:t>proiect</w:t>
      </w:r>
      <w:proofErr w:type="spellEnd"/>
      <w:r w:rsidRPr="007C3371">
        <w:rPr>
          <w:rFonts w:asciiTheme="majorHAnsi" w:hAnsiTheme="majorHAnsi" w:cstheme="majorHAnsi"/>
          <w:sz w:val="22"/>
        </w:rPr>
        <w:t xml:space="preserve">/contract; </w:t>
      </w:r>
      <w:proofErr w:type="spellStart"/>
      <w:r w:rsidRPr="007C3371">
        <w:rPr>
          <w:rFonts w:asciiTheme="majorHAnsi" w:hAnsiTheme="majorHAnsi" w:cstheme="majorHAnsi"/>
          <w:sz w:val="22"/>
        </w:rPr>
        <w:t>pentru</w:t>
      </w:r>
      <w:proofErr w:type="spellEnd"/>
      <w:r w:rsidRPr="007C3371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7C3371">
        <w:rPr>
          <w:rFonts w:asciiTheme="majorHAnsi" w:hAnsiTheme="majorHAnsi" w:cstheme="majorHAnsi"/>
          <w:sz w:val="22"/>
        </w:rPr>
        <w:t>subcriteriul</w:t>
      </w:r>
      <w:proofErr w:type="spellEnd"/>
      <w:r w:rsidRPr="007C3371">
        <w:rPr>
          <w:rFonts w:asciiTheme="majorHAnsi" w:hAnsiTheme="majorHAnsi" w:cstheme="majorHAnsi"/>
          <w:sz w:val="22"/>
        </w:rPr>
        <w:t xml:space="preserve"> 1.1 se </w:t>
      </w:r>
      <w:proofErr w:type="spellStart"/>
      <w:r w:rsidRPr="007C3371">
        <w:rPr>
          <w:rFonts w:asciiTheme="majorHAnsi" w:hAnsiTheme="majorHAnsi" w:cstheme="majorHAnsi"/>
          <w:sz w:val="22"/>
        </w:rPr>
        <w:t>iau</w:t>
      </w:r>
      <w:proofErr w:type="spellEnd"/>
      <w:r w:rsidRPr="007C3371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7C3371">
        <w:rPr>
          <w:rFonts w:asciiTheme="majorHAnsi" w:hAnsiTheme="majorHAnsi" w:cstheme="majorHAnsi"/>
          <w:sz w:val="22"/>
        </w:rPr>
        <w:t>în</w:t>
      </w:r>
      <w:proofErr w:type="spellEnd"/>
      <w:r w:rsidRPr="007C3371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7C3371">
        <w:rPr>
          <w:rFonts w:asciiTheme="majorHAnsi" w:hAnsiTheme="majorHAnsi" w:cstheme="majorHAnsi"/>
          <w:sz w:val="22"/>
        </w:rPr>
        <w:t>considerare</w:t>
      </w:r>
      <w:proofErr w:type="spellEnd"/>
      <w:r w:rsidRPr="007C3371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7C3371">
        <w:rPr>
          <w:rFonts w:asciiTheme="majorHAnsi" w:hAnsiTheme="majorHAnsi" w:cstheme="majorHAnsi"/>
          <w:sz w:val="22"/>
        </w:rPr>
        <w:t>cele</w:t>
      </w:r>
      <w:proofErr w:type="spellEnd"/>
      <w:r w:rsidRPr="007C3371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7C3371">
        <w:rPr>
          <w:rFonts w:asciiTheme="majorHAnsi" w:hAnsiTheme="majorHAnsi" w:cstheme="majorHAnsi"/>
          <w:sz w:val="22"/>
        </w:rPr>
        <w:t>finalizate</w:t>
      </w:r>
      <w:proofErr w:type="spellEnd"/>
      <w:r w:rsidR="007E0183" w:rsidRPr="007C3371">
        <w:rPr>
          <w:rFonts w:asciiTheme="majorHAnsi" w:hAnsiTheme="majorHAnsi" w:cstheme="majorHAnsi"/>
          <w:sz w:val="22"/>
        </w:rPr>
        <w:t xml:space="preserve"> </w:t>
      </w:r>
      <w:proofErr w:type="spellStart"/>
      <w:r w:rsidR="007E0183" w:rsidRPr="007C3371">
        <w:rPr>
          <w:rFonts w:asciiTheme="majorHAnsi" w:hAnsiTheme="majorHAnsi" w:cstheme="majorHAnsi"/>
          <w:sz w:val="22"/>
        </w:rPr>
        <w:t>sau</w:t>
      </w:r>
      <w:proofErr w:type="spellEnd"/>
      <w:r w:rsidR="007E0183" w:rsidRPr="007C3371">
        <w:rPr>
          <w:rFonts w:asciiTheme="majorHAnsi" w:hAnsiTheme="majorHAnsi" w:cstheme="majorHAnsi"/>
          <w:sz w:val="22"/>
        </w:rPr>
        <w:t xml:space="preserve"> </w:t>
      </w:r>
      <w:proofErr w:type="spellStart"/>
      <w:r w:rsidR="007E0183" w:rsidRPr="007C3371">
        <w:rPr>
          <w:rFonts w:asciiTheme="majorHAnsi" w:hAnsiTheme="majorHAnsi" w:cstheme="majorHAnsi"/>
          <w:sz w:val="22"/>
        </w:rPr>
        <w:t>în</w:t>
      </w:r>
      <w:proofErr w:type="spellEnd"/>
      <w:r w:rsidR="007E0183" w:rsidRPr="007C3371">
        <w:rPr>
          <w:rFonts w:asciiTheme="majorHAnsi" w:hAnsiTheme="majorHAnsi" w:cstheme="majorHAnsi"/>
          <w:sz w:val="22"/>
        </w:rPr>
        <w:t xml:space="preserve"> </w:t>
      </w:r>
      <w:proofErr w:type="spellStart"/>
      <w:r w:rsidR="007E0183" w:rsidRPr="007C3371">
        <w:rPr>
          <w:rFonts w:asciiTheme="majorHAnsi" w:hAnsiTheme="majorHAnsi" w:cstheme="majorHAnsi"/>
          <w:sz w:val="22"/>
        </w:rPr>
        <w:t>derulare</w:t>
      </w:r>
      <w:proofErr w:type="spellEnd"/>
      <w:r w:rsidRPr="007C3371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7C3371">
        <w:rPr>
          <w:rFonts w:asciiTheme="majorHAnsi" w:hAnsiTheme="majorHAnsi" w:cstheme="majorHAnsi"/>
          <w:sz w:val="22"/>
        </w:rPr>
        <w:t>în</w:t>
      </w:r>
      <w:proofErr w:type="spellEnd"/>
      <w:r w:rsidRPr="007C3371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7C3371">
        <w:rPr>
          <w:rFonts w:asciiTheme="majorHAnsi" w:hAnsiTheme="majorHAnsi" w:cstheme="majorHAnsi"/>
          <w:sz w:val="22"/>
        </w:rPr>
        <w:t>ultimii</w:t>
      </w:r>
      <w:proofErr w:type="spellEnd"/>
      <w:r w:rsidRPr="007C3371">
        <w:rPr>
          <w:rFonts w:asciiTheme="majorHAnsi" w:hAnsiTheme="majorHAnsi" w:cstheme="majorHAnsi"/>
          <w:sz w:val="22"/>
        </w:rPr>
        <w:t xml:space="preserve"> </w:t>
      </w:r>
      <w:r w:rsidR="007E0183" w:rsidRPr="007C3371">
        <w:rPr>
          <w:rFonts w:asciiTheme="majorHAnsi" w:hAnsiTheme="majorHAnsi" w:cstheme="majorHAnsi"/>
          <w:sz w:val="22"/>
        </w:rPr>
        <w:t>5</w:t>
      </w:r>
      <w:r w:rsidRPr="007C3371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7C3371">
        <w:rPr>
          <w:rFonts w:asciiTheme="majorHAnsi" w:hAnsiTheme="majorHAnsi" w:cstheme="majorHAnsi"/>
          <w:sz w:val="22"/>
        </w:rPr>
        <w:t>ani</w:t>
      </w:r>
      <w:proofErr w:type="spellEnd"/>
      <w:r w:rsidRPr="007C3371">
        <w:rPr>
          <w:rFonts w:asciiTheme="majorHAnsi" w:hAnsiTheme="majorHAnsi" w:cstheme="majorHAnsi"/>
          <w:sz w:val="22"/>
        </w:rPr>
        <w:t>)</w:t>
      </w:r>
    </w:p>
    <w:tbl>
      <w:tblPr>
        <w:tblStyle w:val="TableGrid"/>
        <w:tblW w:w="9638" w:type="dxa"/>
        <w:jc w:val="center"/>
        <w:tblLayout w:type="fixed"/>
        <w:tblLook w:val="04A0" w:firstRow="1" w:lastRow="0" w:firstColumn="1" w:lastColumn="0" w:noHBand="0" w:noVBand="1"/>
      </w:tblPr>
      <w:tblGrid>
        <w:gridCol w:w="4535"/>
        <w:gridCol w:w="5103"/>
      </w:tblGrid>
      <w:tr w:rsidR="00424C49" w:rsidRPr="007C3371" w14:paraId="35DDFF1B" w14:textId="77777777" w:rsidTr="007C3371">
        <w:trPr>
          <w:cantSplit/>
          <w:trHeight w:val="379"/>
          <w:tblHeader/>
          <w:jc w:val="center"/>
        </w:trPr>
        <w:tc>
          <w:tcPr>
            <w:tcW w:w="4535" w:type="dxa"/>
          </w:tcPr>
          <w:p w14:paraId="0F1956E6" w14:textId="77777777" w:rsidR="007C3371" w:rsidRPr="007C3371" w:rsidRDefault="0059002D" w:rsidP="007C3371">
            <w:pPr>
              <w:spacing w:before="20" w:after="20" w:line="259" w:lineRule="auto"/>
              <w:jc w:val="center"/>
              <w:rPr>
                <w:rFonts w:asciiTheme="majorHAnsi" w:hAnsiTheme="majorHAnsi" w:cstheme="majorHAnsi"/>
                <w:sz w:val="22"/>
              </w:rPr>
            </w:pPr>
            <w:r w:rsidRPr="007C3371">
              <w:rPr>
                <w:rFonts w:asciiTheme="majorHAnsi" w:hAnsiTheme="majorHAnsi" w:cstheme="majorHAnsi"/>
                <w:b/>
                <w:sz w:val="22"/>
              </w:rPr>
              <w:t>Element</w:t>
            </w:r>
          </w:p>
        </w:tc>
        <w:tc>
          <w:tcPr>
            <w:tcW w:w="5103" w:type="dxa"/>
          </w:tcPr>
          <w:p w14:paraId="5A276F19" w14:textId="77777777" w:rsidR="00424C49" w:rsidRPr="007C3371" w:rsidRDefault="0059002D">
            <w:pPr>
              <w:spacing w:before="20" w:after="20" w:line="259" w:lineRule="auto"/>
              <w:jc w:val="center"/>
              <w:rPr>
                <w:rFonts w:asciiTheme="majorHAnsi" w:hAnsiTheme="majorHAnsi" w:cstheme="majorHAnsi"/>
                <w:sz w:val="22"/>
              </w:rPr>
            </w:pPr>
            <w:proofErr w:type="spellStart"/>
            <w:r w:rsidRPr="007C3371">
              <w:rPr>
                <w:rFonts w:asciiTheme="majorHAnsi" w:hAnsiTheme="majorHAnsi" w:cstheme="majorHAnsi"/>
                <w:b/>
                <w:sz w:val="22"/>
              </w:rPr>
              <w:t>Informații</w:t>
            </w:r>
            <w:proofErr w:type="spellEnd"/>
          </w:p>
        </w:tc>
      </w:tr>
      <w:tr w:rsidR="00424C49" w:rsidRPr="007C3371" w14:paraId="61BB9689" w14:textId="77777777" w:rsidTr="007C3371">
        <w:trPr>
          <w:cantSplit/>
          <w:jc w:val="center"/>
        </w:trPr>
        <w:tc>
          <w:tcPr>
            <w:tcW w:w="4535" w:type="dxa"/>
          </w:tcPr>
          <w:p w14:paraId="20906D4D" w14:textId="77777777" w:rsidR="00424C49" w:rsidRDefault="0059002D">
            <w:pPr>
              <w:spacing w:before="20" w:after="20" w:line="259" w:lineRule="auto"/>
              <w:rPr>
                <w:rFonts w:asciiTheme="majorHAnsi" w:hAnsiTheme="majorHAnsi" w:cstheme="majorHAnsi"/>
                <w:sz w:val="22"/>
              </w:rPr>
            </w:pPr>
            <w:proofErr w:type="spellStart"/>
            <w:r w:rsidRPr="007C3371">
              <w:rPr>
                <w:rFonts w:asciiTheme="majorHAnsi" w:hAnsiTheme="majorHAnsi" w:cstheme="majorHAnsi"/>
                <w:sz w:val="22"/>
              </w:rPr>
              <w:t>Titlul</w:t>
            </w:r>
            <w:proofErr w:type="spellEnd"/>
            <w:r w:rsidRPr="007C3371">
              <w:rPr>
                <w:rFonts w:asciiTheme="majorHAnsi" w:hAnsiTheme="majorHAnsi" w:cstheme="majorHAnsi"/>
                <w:sz w:val="22"/>
              </w:rPr>
              <w:t xml:space="preserve"> </w:t>
            </w:r>
            <w:proofErr w:type="spellStart"/>
            <w:r w:rsidRPr="007C3371">
              <w:rPr>
                <w:rFonts w:asciiTheme="majorHAnsi" w:hAnsiTheme="majorHAnsi" w:cstheme="majorHAnsi"/>
                <w:sz w:val="22"/>
              </w:rPr>
              <w:t>proiectului</w:t>
            </w:r>
            <w:proofErr w:type="spellEnd"/>
            <w:r w:rsidRPr="007C3371">
              <w:rPr>
                <w:rFonts w:asciiTheme="majorHAnsi" w:hAnsiTheme="majorHAnsi" w:cstheme="majorHAnsi"/>
                <w:sz w:val="22"/>
              </w:rPr>
              <w:t xml:space="preserve"> / </w:t>
            </w:r>
            <w:proofErr w:type="spellStart"/>
            <w:r w:rsidRPr="007C3371">
              <w:rPr>
                <w:rFonts w:asciiTheme="majorHAnsi" w:hAnsiTheme="majorHAnsi" w:cstheme="majorHAnsi"/>
                <w:sz w:val="22"/>
              </w:rPr>
              <w:t>obiectul</w:t>
            </w:r>
            <w:proofErr w:type="spellEnd"/>
            <w:r w:rsidRPr="007C3371">
              <w:rPr>
                <w:rFonts w:asciiTheme="majorHAnsi" w:hAnsiTheme="majorHAnsi" w:cstheme="majorHAnsi"/>
                <w:sz w:val="22"/>
              </w:rPr>
              <w:t xml:space="preserve"> </w:t>
            </w:r>
            <w:proofErr w:type="spellStart"/>
            <w:r w:rsidRPr="007C3371">
              <w:rPr>
                <w:rFonts w:asciiTheme="majorHAnsi" w:hAnsiTheme="majorHAnsi" w:cstheme="majorHAnsi"/>
                <w:sz w:val="22"/>
              </w:rPr>
              <w:t>contractului</w:t>
            </w:r>
            <w:proofErr w:type="spellEnd"/>
          </w:p>
          <w:p w14:paraId="5FBDE92E" w14:textId="77777777" w:rsidR="007C3371" w:rsidRDefault="007C3371" w:rsidP="007C3371">
            <w:pPr>
              <w:rPr>
                <w:rFonts w:asciiTheme="majorHAnsi" w:hAnsiTheme="majorHAnsi" w:cstheme="majorHAnsi"/>
                <w:sz w:val="22"/>
              </w:rPr>
            </w:pPr>
          </w:p>
          <w:p w14:paraId="13A76B1F" w14:textId="77777777" w:rsidR="007C3371" w:rsidRPr="007C3371" w:rsidRDefault="007C3371" w:rsidP="007C3371">
            <w:pPr>
              <w:rPr>
                <w:rFonts w:asciiTheme="majorHAnsi" w:hAnsiTheme="majorHAnsi" w:cstheme="majorHAnsi"/>
                <w:sz w:val="22"/>
              </w:rPr>
            </w:pPr>
          </w:p>
        </w:tc>
        <w:tc>
          <w:tcPr>
            <w:tcW w:w="5103" w:type="dxa"/>
          </w:tcPr>
          <w:p w14:paraId="18C53CD6" w14:textId="77777777" w:rsidR="00424C49" w:rsidRPr="007C3371" w:rsidRDefault="00424C49">
            <w:pPr>
              <w:spacing w:before="20" w:after="20" w:line="259" w:lineRule="auto"/>
              <w:rPr>
                <w:rFonts w:asciiTheme="majorHAnsi" w:hAnsiTheme="majorHAnsi" w:cstheme="majorHAnsi"/>
                <w:sz w:val="22"/>
              </w:rPr>
            </w:pPr>
          </w:p>
        </w:tc>
      </w:tr>
      <w:tr w:rsidR="00424C49" w:rsidRPr="007C3371" w14:paraId="3B7F209E" w14:textId="77777777" w:rsidTr="007C3371">
        <w:trPr>
          <w:cantSplit/>
          <w:jc w:val="center"/>
        </w:trPr>
        <w:tc>
          <w:tcPr>
            <w:tcW w:w="4535" w:type="dxa"/>
          </w:tcPr>
          <w:p w14:paraId="748AF9D5" w14:textId="77777777" w:rsidR="00424C49" w:rsidRDefault="0059002D">
            <w:pPr>
              <w:spacing w:before="20" w:after="20" w:line="259" w:lineRule="auto"/>
              <w:rPr>
                <w:rFonts w:asciiTheme="majorHAnsi" w:hAnsiTheme="majorHAnsi" w:cstheme="majorHAnsi"/>
                <w:sz w:val="22"/>
              </w:rPr>
            </w:pPr>
            <w:r w:rsidRPr="007C3371">
              <w:rPr>
                <w:rFonts w:asciiTheme="majorHAnsi" w:hAnsiTheme="majorHAnsi" w:cstheme="majorHAnsi"/>
                <w:sz w:val="22"/>
              </w:rPr>
              <w:t xml:space="preserve">Cod/ID </w:t>
            </w:r>
            <w:proofErr w:type="spellStart"/>
            <w:r w:rsidRPr="007C3371">
              <w:rPr>
                <w:rFonts w:asciiTheme="majorHAnsi" w:hAnsiTheme="majorHAnsi" w:cstheme="majorHAnsi"/>
                <w:sz w:val="22"/>
              </w:rPr>
              <w:t>proiect</w:t>
            </w:r>
            <w:proofErr w:type="spellEnd"/>
            <w:r w:rsidRPr="007C3371">
              <w:rPr>
                <w:rFonts w:asciiTheme="majorHAnsi" w:hAnsiTheme="majorHAnsi" w:cstheme="majorHAnsi"/>
                <w:sz w:val="22"/>
              </w:rPr>
              <w:t xml:space="preserve">, </w:t>
            </w:r>
            <w:proofErr w:type="spellStart"/>
            <w:r w:rsidRPr="007C3371">
              <w:rPr>
                <w:rFonts w:asciiTheme="majorHAnsi" w:hAnsiTheme="majorHAnsi" w:cstheme="majorHAnsi"/>
                <w:sz w:val="22"/>
              </w:rPr>
              <w:t>programul</w:t>
            </w:r>
            <w:proofErr w:type="spellEnd"/>
            <w:r w:rsidRPr="007C3371">
              <w:rPr>
                <w:rFonts w:asciiTheme="majorHAnsi" w:hAnsiTheme="majorHAnsi" w:cstheme="majorHAnsi"/>
                <w:sz w:val="22"/>
              </w:rPr>
              <w:t>/</w:t>
            </w:r>
            <w:proofErr w:type="spellStart"/>
            <w:r w:rsidRPr="007C3371">
              <w:rPr>
                <w:rFonts w:asciiTheme="majorHAnsi" w:hAnsiTheme="majorHAnsi" w:cstheme="majorHAnsi"/>
                <w:sz w:val="22"/>
              </w:rPr>
              <w:t>sursa</w:t>
            </w:r>
            <w:proofErr w:type="spellEnd"/>
            <w:r w:rsidRPr="007C3371">
              <w:rPr>
                <w:rFonts w:asciiTheme="majorHAnsi" w:hAnsiTheme="majorHAnsi" w:cstheme="majorHAnsi"/>
                <w:sz w:val="22"/>
              </w:rPr>
              <w:t xml:space="preserve"> de </w:t>
            </w:r>
            <w:proofErr w:type="spellStart"/>
            <w:r w:rsidRPr="007C3371">
              <w:rPr>
                <w:rFonts w:asciiTheme="majorHAnsi" w:hAnsiTheme="majorHAnsi" w:cstheme="majorHAnsi"/>
                <w:sz w:val="22"/>
              </w:rPr>
              <w:t>finanțare</w:t>
            </w:r>
            <w:proofErr w:type="spellEnd"/>
          </w:p>
          <w:p w14:paraId="129F4815" w14:textId="77777777" w:rsidR="007C3371" w:rsidRPr="007C3371" w:rsidRDefault="007C3371" w:rsidP="007C3371">
            <w:pPr>
              <w:rPr>
                <w:rFonts w:asciiTheme="majorHAnsi" w:hAnsiTheme="majorHAnsi" w:cstheme="majorHAnsi"/>
                <w:sz w:val="22"/>
              </w:rPr>
            </w:pPr>
          </w:p>
        </w:tc>
        <w:tc>
          <w:tcPr>
            <w:tcW w:w="5103" w:type="dxa"/>
          </w:tcPr>
          <w:p w14:paraId="039D1018" w14:textId="77777777" w:rsidR="00424C49" w:rsidRPr="007C3371" w:rsidRDefault="00424C49">
            <w:pPr>
              <w:spacing w:before="20" w:after="20" w:line="259" w:lineRule="auto"/>
              <w:rPr>
                <w:rFonts w:asciiTheme="majorHAnsi" w:hAnsiTheme="majorHAnsi" w:cstheme="majorHAnsi"/>
                <w:sz w:val="22"/>
              </w:rPr>
            </w:pPr>
          </w:p>
        </w:tc>
      </w:tr>
      <w:tr w:rsidR="00424C49" w:rsidRPr="007C3371" w14:paraId="257C548B" w14:textId="77777777" w:rsidTr="007C3371">
        <w:trPr>
          <w:cantSplit/>
          <w:jc w:val="center"/>
        </w:trPr>
        <w:tc>
          <w:tcPr>
            <w:tcW w:w="4535" w:type="dxa"/>
          </w:tcPr>
          <w:p w14:paraId="17131435" w14:textId="77777777" w:rsidR="00424C49" w:rsidRPr="007C3371" w:rsidRDefault="0059002D">
            <w:pPr>
              <w:spacing w:before="20" w:after="20" w:line="259" w:lineRule="auto"/>
              <w:rPr>
                <w:rFonts w:asciiTheme="majorHAnsi" w:hAnsiTheme="majorHAnsi" w:cstheme="majorHAnsi"/>
                <w:sz w:val="22"/>
                <w:lang w:val="pt-BR"/>
              </w:rPr>
            </w:pPr>
            <w:r w:rsidRPr="007C3371">
              <w:rPr>
                <w:rFonts w:asciiTheme="majorHAnsi" w:hAnsiTheme="majorHAnsi" w:cstheme="majorHAnsi"/>
                <w:sz w:val="22"/>
                <w:lang w:val="pt-BR"/>
              </w:rPr>
              <w:t>Beneficiar / calitatea candidatului (solicitant, partener, prestator)</w:t>
            </w:r>
          </w:p>
        </w:tc>
        <w:tc>
          <w:tcPr>
            <w:tcW w:w="5103" w:type="dxa"/>
          </w:tcPr>
          <w:p w14:paraId="51FB01AE" w14:textId="77777777" w:rsidR="00424C49" w:rsidRPr="007C3371" w:rsidRDefault="00424C49">
            <w:pPr>
              <w:spacing w:before="20" w:after="20" w:line="259" w:lineRule="auto"/>
              <w:rPr>
                <w:rFonts w:asciiTheme="majorHAnsi" w:hAnsiTheme="majorHAnsi" w:cstheme="majorHAnsi"/>
                <w:sz w:val="22"/>
                <w:lang w:val="pt-BR"/>
              </w:rPr>
            </w:pPr>
          </w:p>
        </w:tc>
      </w:tr>
      <w:tr w:rsidR="00424C49" w:rsidRPr="007C3371" w14:paraId="1DE7B23E" w14:textId="77777777" w:rsidTr="007C3371">
        <w:trPr>
          <w:cantSplit/>
          <w:jc w:val="center"/>
        </w:trPr>
        <w:tc>
          <w:tcPr>
            <w:tcW w:w="4535" w:type="dxa"/>
          </w:tcPr>
          <w:p w14:paraId="2DC4144A" w14:textId="77777777" w:rsidR="00424C49" w:rsidRPr="007C3371" w:rsidRDefault="0059002D">
            <w:pPr>
              <w:spacing w:before="20" w:after="20" w:line="259" w:lineRule="auto"/>
              <w:rPr>
                <w:rFonts w:asciiTheme="majorHAnsi" w:hAnsiTheme="majorHAnsi" w:cstheme="majorHAnsi"/>
                <w:sz w:val="22"/>
                <w:lang w:val="pt-BR"/>
              </w:rPr>
            </w:pPr>
            <w:r w:rsidRPr="007C3371">
              <w:rPr>
                <w:rFonts w:asciiTheme="majorHAnsi" w:hAnsiTheme="majorHAnsi" w:cstheme="majorHAnsi"/>
                <w:sz w:val="22"/>
                <w:lang w:val="pt-BR"/>
              </w:rPr>
              <w:t>Perioada de implementare (de la – până la)</w:t>
            </w:r>
          </w:p>
        </w:tc>
        <w:tc>
          <w:tcPr>
            <w:tcW w:w="5103" w:type="dxa"/>
          </w:tcPr>
          <w:p w14:paraId="564B32C6" w14:textId="77777777" w:rsidR="00424C49" w:rsidRPr="007C3371" w:rsidRDefault="00424C49">
            <w:pPr>
              <w:spacing w:before="20" w:after="20" w:line="259" w:lineRule="auto"/>
              <w:rPr>
                <w:rFonts w:asciiTheme="majorHAnsi" w:hAnsiTheme="majorHAnsi" w:cstheme="majorHAnsi"/>
                <w:sz w:val="22"/>
                <w:lang w:val="pt-BR"/>
              </w:rPr>
            </w:pPr>
          </w:p>
        </w:tc>
      </w:tr>
      <w:tr w:rsidR="00424C49" w:rsidRPr="007C3371" w14:paraId="753AE923" w14:textId="77777777" w:rsidTr="007C3371">
        <w:trPr>
          <w:cantSplit/>
          <w:jc w:val="center"/>
        </w:trPr>
        <w:tc>
          <w:tcPr>
            <w:tcW w:w="4535" w:type="dxa"/>
          </w:tcPr>
          <w:p w14:paraId="5CADC5F8" w14:textId="77777777" w:rsidR="00424C49" w:rsidRPr="007C3371" w:rsidRDefault="0059002D">
            <w:pPr>
              <w:spacing w:before="20" w:after="20" w:line="259" w:lineRule="auto"/>
              <w:rPr>
                <w:rFonts w:asciiTheme="majorHAnsi" w:hAnsiTheme="majorHAnsi" w:cstheme="majorHAnsi"/>
                <w:sz w:val="22"/>
                <w:lang w:val="pt-BR"/>
              </w:rPr>
            </w:pPr>
            <w:r w:rsidRPr="007C3371">
              <w:rPr>
                <w:rFonts w:asciiTheme="majorHAnsi" w:hAnsiTheme="majorHAnsi" w:cstheme="majorHAnsi"/>
                <w:sz w:val="22"/>
                <w:lang w:val="pt-BR"/>
              </w:rPr>
              <w:t>Domeniul (învățământ superior / curriculum și programe de formare / competențe digitale-verzi / mentorat-orientare / formar</w:t>
            </w:r>
            <w:r w:rsidR="00A06B79" w:rsidRPr="007C3371">
              <w:rPr>
                <w:rFonts w:asciiTheme="majorHAnsi" w:hAnsiTheme="majorHAnsi" w:cstheme="majorHAnsi"/>
                <w:sz w:val="22"/>
                <w:lang w:val="pt-BR"/>
              </w:rPr>
              <w:t>e</w:t>
            </w:r>
            <w:r w:rsidRPr="007C3371">
              <w:rPr>
                <w:rFonts w:asciiTheme="majorHAnsi" w:hAnsiTheme="majorHAnsi" w:cstheme="majorHAnsi"/>
                <w:sz w:val="22"/>
                <w:lang w:val="pt-BR"/>
              </w:rPr>
              <w:t>)</w:t>
            </w:r>
          </w:p>
        </w:tc>
        <w:tc>
          <w:tcPr>
            <w:tcW w:w="5103" w:type="dxa"/>
          </w:tcPr>
          <w:p w14:paraId="1190A5F2" w14:textId="77777777" w:rsidR="00424C49" w:rsidRPr="007C3371" w:rsidRDefault="00424C49">
            <w:pPr>
              <w:spacing w:before="20" w:after="20" w:line="259" w:lineRule="auto"/>
              <w:rPr>
                <w:rFonts w:asciiTheme="majorHAnsi" w:hAnsiTheme="majorHAnsi" w:cstheme="majorHAnsi"/>
                <w:sz w:val="22"/>
                <w:lang w:val="pt-BR"/>
              </w:rPr>
            </w:pPr>
          </w:p>
        </w:tc>
      </w:tr>
      <w:tr w:rsidR="00424C49" w:rsidRPr="007C3371" w14:paraId="014907A9" w14:textId="77777777" w:rsidTr="007C3371">
        <w:trPr>
          <w:cantSplit/>
          <w:jc w:val="center"/>
        </w:trPr>
        <w:tc>
          <w:tcPr>
            <w:tcW w:w="4535" w:type="dxa"/>
          </w:tcPr>
          <w:p w14:paraId="700ED4B4" w14:textId="77777777" w:rsidR="00424C49" w:rsidRPr="007C3371" w:rsidRDefault="0059002D">
            <w:pPr>
              <w:spacing w:before="20" w:after="20" w:line="259" w:lineRule="auto"/>
              <w:rPr>
                <w:rFonts w:asciiTheme="majorHAnsi" w:hAnsiTheme="majorHAnsi" w:cstheme="majorHAnsi"/>
                <w:sz w:val="22"/>
              </w:rPr>
            </w:pPr>
            <w:proofErr w:type="spellStart"/>
            <w:r w:rsidRPr="007C3371">
              <w:rPr>
                <w:rFonts w:asciiTheme="majorHAnsi" w:hAnsiTheme="majorHAnsi" w:cstheme="majorHAnsi"/>
                <w:sz w:val="22"/>
              </w:rPr>
              <w:t>Activitățile</w:t>
            </w:r>
            <w:proofErr w:type="spellEnd"/>
            <w:r w:rsidRPr="007C3371">
              <w:rPr>
                <w:rFonts w:asciiTheme="majorHAnsi" w:hAnsiTheme="majorHAnsi" w:cstheme="majorHAnsi"/>
                <w:sz w:val="22"/>
              </w:rPr>
              <w:t xml:space="preserve"> </w:t>
            </w:r>
            <w:proofErr w:type="spellStart"/>
            <w:r w:rsidRPr="007C3371">
              <w:rPr>
                <w:rFonts w:asciiTheme="majorHAnsi" w:hAnsiTheme="majorHAnsi" w:cstheme="majorHAnsi"/>
                <w:sz w:val="22"/>
              </w:rPr>
              <w:t>realizate</w:t>
            </w:r>
            <w:proofErr w:type="spellEnd"/>
            <w:r w:rsidRPr="007C3371">
              <w:rPr>
                <w:rFonts w:asciiTheme="majorHAnsi" w:hAnsiTheme="majorHAnsi" w:cstheme="majorHAnsi"/>
                <w:sz w:val="22"/>
              </w:rPr>
              <w:t xml:space="preserve"> de </w:t>
            </w:r>
            <w:proofErr w:type="spellStart"/>
            <w:r w:rsidRPr="007C3371">
              <w:rPr>
                <w:rFonts w:asciiTheme="majorHAnsi" w:hAnsiTheme="majorHAnsi" w:cstheme="majorHAnsi"/>
                <w:sz w:val="22"/>
              </w:rPr>
              <w:t>candidat</w:t>
            </w:r>
            <w:proofErr w:type="spellEnd"/>
          </w:p>
        </w:tc>
        <w:tc>
          <w:tcPr>
            <w:tcW w:w="5103" w:type="dxa"/>
          </w:tcPr>
          <w:p w14:paraId="0402FA4D" w14:textId="77777777" w:rsidR="00424C49" w:rsidRPr="007C3371" w:rsidRDefault="00424C49">
            <w:pPr>
              <w:spacing w:before="20" w:after="20" w:line="259" w:lineRule="auto"/>
              <w:rPr>
                <w:rFonts w:asciiTheme="majorHAnsi" w:hAnsiTheme="majorHAnsi" w:cstheme="majorHAnsi"/>
                <w:sz w:val="22"/>
              </w:rPr>
            </w:pPr>
          </w:p>
        </w:tc>
      </w:tr>
      <w:tr w:rsidR="00424C49" w:rsidRPr="007C3371" w14:paraId="3974D739" w14:textId="77777777" w:rsidTr="007C3371">
        <w:trPr>
          <w:cantSplit/>
          <w:jc w:val="center"/>
        </w:trPr>
        <w:tc>
          <w:tcPr>
            <w:tcW w:w="4535" w:type="dxa"/>
          </w:tcPr>
          <w:p w14:paraId="69B78DE6" w14:textId="77777777" w:rsidR="00424C49" w:rsidRPr="007C3371" w:rsidRDefault="0059002D">
            <w:pPr>
              <w:spacing w:before="20" w:after="20" w:line="259" w:lineRule="auto"/>
              <w:rPr>
                <w:rFonts w:asciiTheme="majorHAnsi" w:hAnsiTheme="majorHAnsi" w:cstheme="majorHAnsi"/>
                <w:sz w:val="22"/>
                <w:lang w:val="pt-BR"/>
              </w:rPr>
            </w:pPr>
            <w:r w:rsidRPr="007C3371">
              <w:rPr>
                <w:rFonts w:asciiTheme="majorHAnsi" w:hAnsiTheme="majorHAnsi" w:cstheme="majorHAnsi"/>
                <w:sz w:val="22"/>
                <w:lang w:val="pt-BR"/>
              </w:rPr>
              <w:t>Grup-țintă și indicatori: țintă asumată / valoare realizată / grad de realizare (%)</w:t>
            </w:r>
          </w:p>
        </w:tc>
        <w:tc>
          <w:tcPr>
            <w:tcW w:w="5103" w:type="dxa"/>
          </w:tcPr>
          <w:p w14:paraId="41CB908A" w14:textId="77777777" w:rsidR="00424C49" w:rsidRPr="007C3371" w:rsidRDefault="00424C49">
            <w:pPr>
              <w:spacing w:before="20" w:after="20" w:line="259" w:lineRule="auto"/>
              <w:rPr>
                <w:rFonts w:asciiTheme="majorHAnsi" w:hAnsiTheme="majorHAnsi" w:cstheme="majorHAnsi"/>
                <w:sz w:val="22"/>
                <w:lang w:val="pt-BR"/>
              </w:rPr>
            </w:pPr>
          </w:p>
        </w:tc>
      </w:tr>
      <w:tr w:rsidR="00424C49" w:rsidRPr="007C3371" w14:paraId="4B6FD96F" w14:textId="77777777" w:rsidTr="007C3371">
        <w:trPr>
          <w:cantSplit/>
          <w:jc w:val="center"/>
        </w:trPr>
        <w:tc>
          <w:tcPr>
            <w:tcW w:w="4535" w:type="dxa"/>
          </w:tcPr>
          <w:p w14:paraId="52717E6C" w14:textId="77777777" w:rsidR="00424C49" w:rsidRPr="007C3371" w:rsidRDefault="0059002D">
            <w:pPr>
              <w:spacing w:before="20" w:after="20" w:line="259" w:lineRule="auto"/>
              <w:rPr>
                <w:rFonts w:asciiTheme="majorHAnsi" w:hAnsiTheme="majorHAnsi" w:cstheme="majorHAnsi"/>
                <w:sz w:val="22"/>
                <w:lang w:val="pt-BR"/>
              </w:rPr>
            </w:pPr>
            <w:r w:rsidRPr="007C3371">
              <w:rPr>
                <w:rFonts w:asciiTheme="majorHAnsi" w:hAnsiTheme="majorHAnsi" w:cstheme="majorHAnsi"/>
                <w:sz w:val="22"/>
                <w:lang w:val="pt-BR"/>
              </w:rPr>
              <w:t>Valoarea totală / valoarea gestionată de candidat</w:t>
            </w:r>
          </w:p>
        </w:tc>
        <w:tc>
          <w:tcPr>
            <w:tcW w:w="5103" w:type="dxa"/>
          </w:tcPr>
          <w:p w14:paraId="670BD178" w14:textId="77777777" w:rsidR="00424C49" w:rsidRPr="007C3371" w:rsidRDefault="00424C49">
            <w:pPr>
              <w:spacing w:before="20" w:after="20" w:line="259" w:lineRule="auto"/>
              <w:rPr>
                <w:rFonts w:asciiTheme="majorHAnsi" w:hAnsiTheme="majorHAnsi" w:cstheme="majorHAnsi"/>
                <w:sz w:val="22"/>
                <w:lang w:val="pt-BR"/>
              </w:rPr>
            </w:pPr>
          </w:p>
        </w:tc>
      </w:tr>
      <w:tr w:rsidR="00424C49" w:rsidRPr="007C3371" w14:paraId="0943EE05" w14:textId="77777777" w:rsidTr="007C3371">
        <w:trPr>
          <w:cantSplit/>
          <w:jc w:val="center"/>
        </w:trPr>
        <w:tc>
          <w:tcPr>
            <w:tcW w:w="4535" w:type="dxa"/>
          </w:tcPr>
          <w:p w14:paraId="1CF5664C" w14:textId="77777777" w:rsidR="00424C49" w:rsidRPr="007C3371" w:rsidRDefault="0059002D">
            <w:pPr>
              <w:spacing w:before="20" w:after="20" w:line="259" w:lineRule="auto"/>
              <w:rPr>
                <w:rFonts w:asciiTheme="majorHAnsi" w:hAnsiTheme="majorHAnsi" w:cstheme="majorHAnsi"/>
                <w:sz w:val="22"/>
                <w:lang w:val="pt-BR"/>
              </w:rPr>
            </w:pPr>
            <w:r w:rsidRPr="007C3371">
              <w:rPr>
                <w:rFonts w:asciiTheme="majorHAnsi" w:hAnsiTheme="majorHAnsi" w:cstheme="majorHAnsi"/>
                <w:sz w:val="22"/>
                <w:lang w:val="pt-BR"/>
              </w:rPr>
              <w:t>Documente doveditoare (denumire, pag. în dosar)</w:t>
            </w:r>
          </w:p>
        </w:tc>
        <w:tc>
          <w:tcPr>
            <w:tcW w:w="5103" w:type="dxa"/>
          </w:tcPr>
          <w:p w14:paraId="0D622577" w14:textId="77777777" w:rsidR="00424C49" w:rsidRPr="007C3371" w:rsidRDefault="00424C49">
            <w:pPr>
              <w:spacing w:before="20" w:after="20" w:line="259" w:lineRule="auto"/>
              <w:rPr>
                <w:rFonts w:asciiTheme="majorHAnsi" w:hAnsiTheme="majorHAnsi" w:cstheme="majorHAnsi"/>
                <w:sz w:val="22"/>
                <w:lang w:val="pt-BR"/>
              </w:rPr>
            </w:pPr>
          </w:p>
        </w:tc>
      </w:tr>
      <w:tr w:rsidR="00721A7C" w:rsidRPr="007C3371" w14:paraId="6944A480" w14:textId="77777777" w:rsidTr="007C3371">
        <w:trPr>
          <w:cantSplit/>
          <w:jc w:val="center"/>
        </w:trPr>
        <w:tc>
          <w:tcPr>
            <w:tcW w:w="4535" w:type="dxa"/>
          </w:tcPr>
          <w:p w14:paraId="0E0EFA9B" w14:textId="77777777" w:rsidR="00721A7C" w:rsidRPr="007C3371" w:rsidRDefault="00721A7C">
            <w:pPr>
              <w:spacing w:before="20" w:after="20" w:line="259" w:lineRule="auto"/>
              <w:rPr>
                <w:rFonts w:asciiTheme="majorHAnsi" w:hAnsiTheme="majorHAnsi" w:cstheme="majorHAnsi"/>
                <w:sz w:val="22"/>
                <w:lang w:val="pt-BR"/>
              </w:rPr>
            </w:pPr>
            <w:r w:rsidRPr="007C3371">
              <w:rPr>
                <w:rFonts w:asciiTheme="majorHAnsi" w:hAnsiTheme="majorHAnsi" w:cstheme="majorHAnsi"/>
                <w:sz w:val="22"/>
                <w:lang w:val="pt-BR"/>
              </w:rPr>
              <w:t>Instituția de învățământ superior cu care s-a colaborat</w:t>
            </w:r>
          </w:p>
        </w:tc>
        <w:tc>
          <w:tcPr>
            <w:tcW w:w="5103" w:type="dxa"/>
          </w:tcPr>
          <w:p w14:paraId="6FB0B60B" w14:textId="77777777" w:rsidR="00721A7C" w:rsidRPr="007C3371" w:rsidRDefault="00721A7C">
            <w:pPr>
              <w:spacing w:before="20" w:after="20" w:line="259" w:lineRule="auto"/>
              <w:rPr>
                <w:rFonts w:asciiTheme="majorHAnsi" w:hAnsiTheme="majorHAnsi" w:cstheme="majorHAnsi"/>
                <w:sz w:val="22"/>
                <w:lang w:val="pt-BR"/>
              </w:rPr>
            </w:pPr>
          </w:p>
        </w:tc>
      </w:tr>
    </w:tbl>
    <w:p w14:paraId="0967C0E8" w14:textId="77777777" w:rsidR="00424C49" w:rsidRPr="007C3371" w:rsidRDefault="00424C49">
      <w:pPr>
        <w:spacing w:after="80" w:line="259" w:lineRule="auto"/>
        <w:jc w:val="both"/>
        <w:rPr>
          <w:rFonts w:asciiTheme="majorHAnsi" w:hAnsiTheme="majorHAnsi" w:cstheme="majorHAnsi"/>
          <w:sz w:val="22"/>
          <w:lang w:val="pt-BR"/>
        </w:rPr>
      </w:pPr>
    </w:p>
    <w:p w14:paraId="6C60482A" w14:textId="77777777" w:rsidR="00424C49" w:rsidRPr="007C3371" w:rsidRDefault="0059002D">
      <w:pPr>
        <w:keepNext/>
        <w:spacing w:before="160" w:after="80" w:line="259" w:lineRule="auto"/>
        <w:rPr>
          <w:rFonts w:asciiTheme="majorHAnsi" w:hAnsiTheme="majorHAnsi" w:cstheme="majorHAnsi"/>
          <w:sz w:val="22"/>
          <w:lang w:val="pt-BR"/>
        </w:rPr>
      </w:pPr>
      <w:r w:rsidRPr="007C3371">
        <w:rPr>
          <w:rFonts w:asciiTheme="majorHAnsi" w:hAnsiTheme="majorHAnsi" w:cstheme="majorHAnsi"/>
          <w:b/>
          <w:sz w:val="22"/>
          <w:lang w:val="pt-BR"/>
        </w:rPr>
        <w:t>C. PROPUNEREA DE IMPLICARE ÎN PROIECT</w:t>
      </w:r>
    </w:p>
    <w:tbl>
      <w:tblPr>
        <w:tblStyle w:val="TableGrid"/>
        <w:tblW w:w="9638" w:type="dxa"/>
        <w:jc w:val="center"/>
        <w:tblLayout w:type="fixed"/>
        <w:tblLook w:val="04A0" w:firstRow="1" w:lastRow="0" w:firstColumn="1" w:lastColumn="0" w:noHBand="0" w:noVBand="1"/>
      </w:tblPr>
      <w:tblGrid>
        <w:gridCol w:w="2835"/>
        <w:gridCol w:w="4819"/>
        <w:gridCol w:w="1984"/>
      </w:tblGrid>
      <w:tr w:rsidR="00424C49" w:rsidRPr="007C3371" w14:paraId="746F89C7" w14:textId="77777777" w:rsidTr="007C3371">
        <w:trPr>
          <w:cantSplit/>
          <w:tblHeader/>
          <w:jc w:val="center"/>
        </w:trPr>
        <w:tc>
          <w:tcPr>
            <w:tcW w:w="2835" w:type="dxa"/>
          </w:tcPr>
          <w:p w14:paraId="44BD62D3" w14:textId="77777777" w:rsidR="00424C49" w:rsidRPr="007C3371" w:rsidRDefault="0059002D">
            <w:pPr>
              <w:spacing w:before="20" w:after="20" w:line="259" w:lineRule="auto"/>
              <w:jc w:val="center"/>
              <w:rPr>
                <w:rFonts w:asciiTheme="majorHAnsi" w:hAnsiTheme="majorHAnsi" w:cstheme="majorHAnsi"/>
                <w:sz w:val="22"/>
              </w:rPr>
            </w:pPr>
            <w:proofErr w:type="spellStart"/>
            <w:r w:rsidRPr="007C3371">
              <w:rPr>
                <w:rFonts w:asciiTheme="majorHAnsi" w:hAnsiTheme="majorHAnsi" w:cstheme="majorHAnsi"/>
                <w:b/>
                <w:sz w:val="22"/>
              </w:rPr>
              <w:t>Activitate</w:t>
            </w:r>
            <w:proofErr w:type="spellEnd"/>
            <w:r w:rsidRPr="007C3371">
              <w:rPr>
                <w:rFonts w:asciiTheme="majorHAnsi" w:hAnsiTheme="majorHAnsi" w:cstheme="majorHAnsi"/>
                <w:b/>
                <w:sz w:val="22"/>
              </w:rPr>
              <w:t xml:space="preserve"> / </w:t>
            </w:r>
            <w:proofErr w:type="spellStart"/>
            <w:r w:rsidRPr="007C3371">
              <w:rPr>
                <w:rFonts w:asciiTheme="majorHAnsi" w:hAnsiTheme="majorHAnsi" w:cstheme="majorHAnsi"/>
                <w:b/>
                <w:sz w:val="22"/>
              </w:rPr>
              <w:t>subactivitate</w:t>
            </w:r>
            <w:proofErr w:type="spellEnd"/>
          </w:p>
        </w:tc>
        <w:tc>
          <w:tcPr>
            <w:tcW w:w="4819" w:type="dxa"/>
          </w:tcPr>
          <w:p w14:paraId="30852453" w14:textId="77777777" w:rsidR="00424C49" w:rsidRPr="007C3371" w:rsidRDefault="0059002D">
            <w:pPr>
              <w:spacing w:before="20" w:after="20" w:line="259" w:lineRule="auto"/>
              <w:jc w:val="center"/>
              <w:rPr>
                <w:rFonts w:asciiTheme="majorHAnsi" w:hAnsiTheme="majorHAnsi" w:cstheme="majorHAnsi"/>
                <w:sz w:val="22"/>
                <w:lang w:val="pt-BR"/>
              </w:rPr>
            </w:pPr>
            <w:r w:rsidRPr="007C3371">
              <w:rPr>
                <w:rFonts w:asciiTheme="majorHAnsi" w:hAnsiTheme="majorHAnsi" w:cstheme="majorHAnsi"/>
                <w:b/>
                <w:sz w:val="22"/>
                <w:lang w:val="pt-BR"/>
              </w:rPr>
              <w:t>Descrierea implicării (ce face partenerul, metodologie, durată, nr. estimat de beneficiari, rezultate)</w:t>
            </w:r>
          </w:p>
        </w:tc>
        <w:tc>
          <w:tcPr>
            <w:tcW w:w="1984" w:type="dxa"/>
          </w:tcPr>
          <w:p w14:paraId="7ECF5EAA" w14:textId="77777777" w:rsidR="00424C49" w:rsidRPr="007C3371" w:rsidRDefault="0059002D">
            <w:pPr>
              <w:spacing w:before="20" w:after="20" w:line="259" w:lineRule="auto"/>
              <w:jc w:val="center"/>
              <w:rPr>
                <w:rFonts w:asciiTheme="majorHAnsi" w:hAnsiTheme="majorHAnsi" w:cstheme="majorHAnsi"/>
                <w:sz w:val="22"/>
              </w:rPr>
            </w:pPr>
            <w:proofErr w:type="spellStart"/>
            <w:r w:rsidRPr="007C3371">
              <w:rPr>
                <w:rFonts w:asciiTheme="majorHAnsi" w:hAnsiTheme="majorHAnsi" w:cstheme="majorHAnsi"/>
                <w:b/>
                <w:sz w:val="22"/>
              </w:rPr>
              <w:t>Experți</w:t>
            </w:r>
            <w:proofErr w:type="spellEnd"/>
            <w:r w:rsidRPr="007C3371">
              <w:rPr>
                <w:rFonts w:asciiTheme="majorHAnsi" w:hAnsiTheme="majorHAnsi" w:cstheme="majorHAnsi"/>
                <w:b/>
                <w:sz w:val="22"/>
              </w:rPr>
              <w:t xml:space="preserve"> </w:t>
            </w:r>
            <w:proofErr w:type="spellStart"/>
            <w:r w:rsidRPr="007C3371">
              <w:rPr>
                <w:rFonts w:asciiTheme="majorHAnsi" w:hAnsiTheme="majorHAnsi" w:cstheme="majorHAnsi"/>
                <w:b/>
                <w:sz w:val="22"/>
              </w:rPr>
              <w:t>propuși</w:t>
            </w:r>
            <w:proofErr w:type="spellEnd"/>
          </w:p>
        </w:tc>
      </w:tr>
      <w:tr w:rsidR="00424C49" w:rsidRPr="007C3371" w14:paraId="6A2E7546" w14:textId="77777777" w:rsidTr="007C3371">
        <w:trPr>
          <w:cantSplit/>
          <w:jc w:val="center"/>
        </w:trPr>
        <w:tc>
          <w:tcPr>
            <w:tcW w:w="2835" w:type="dxa"/>
          </w:tcPr>
          <w:p w14:paraId="76059864" w14:textId="77777777" w:rsidR="00424C49" w:rsidRPr="007C3371" w:rsidRDefault="0059002D">
            <w:pPr>
              <w:spacing w:before="20" w:after="20" w:line="259" w:lineRule="auto"/>
              <w:rPr>
                <w:rFonts w:asciiTheme="majorHAnsi" w:hAnsiTheme="majorHAnsi" w:cstheme="majorHAnsi"/>
                <w:sz w:val="22"/>
                <w:lang w:val="pt-BR"/>
              </w:rPr>
            </w:pPr>
            <w:r w:rsidRPr="007C3371">
              <w:rPr>
                <w:rFonts w:asciiTheme="majorHAnsi" w:hAnsiTheme="majorHAnsi" w:cstheme="majorHAnsi"/>
                <w:sz w:val="22"/>
                <w:lang w:val="pt-BR"/>
              </w:rPr>
              <w:t>A1 – SA 1.1 Co-proiectarea și implementarea programelor de studii / microcertificărilor</w:t>
            </w:r>
          </w:p>
        </w:tc>
        <w:tc>
          <w:tcPr>
            <w:tcW w:w="4819" w:type="dxa"/>
          </w:tcPr>
          <w:p w14:paraId="4FB43355" w14:textId="77777777" w:rsidR="00424C49" w:rsidRPr="007C3371" w:rsidRDefault="00424C49">
            <w:pPr>
              <w:spacing w:before="20" w:after="20" w:line="259" w:lineRule="auto"/>
              <w:rPr>
                <w:rFonts w:asciiTheme="majorHAnsi" w:hAnsiTheme="majorHAnsi" w:cstheme="majorHAnsi"/>
                <w:sz w:val="22"/>
                <w:lang w:val="pt-BR"/>
              </w:rPr>
            </w:pPr>
          </w:p>
        </w:tc>
        <w:tc>
          <w:tcPr>
            <w:tcW w:w="1984" w:type="dxa"/>
          </w:tcPr>
          <w:p w14:paraId="4F221939" w14:textId="77777777" w:rsidR="00424C49" w:rsidRPr="007C3371" w:rsidRDefault="00424C49">
            <w:pPr>
              <w:spacing w:before="20" w:after="20" w:line="259" w:lineRule="auto"/>
              <w:rPr>
                <w:rFonts w:asciiTheme="majorHAnsi" w:hAnsiTheme="majorHAnsi" w:cstheme="majorHAnsi"/>
                <w:sz w:val="22"/>
                <w:lang w:val="pt-BR"/>
              </w:rPr>
            </w:pPr>
          </w:p>
        </w:tc>
      </w:tr>
      <w:tr w:rsidR="00424C49" w:rsidRPr="007C3371" w14:paraId="20DCE9F7" w14:textId="77777777" w:rsidTr="007C3371">
        <w:trPr>
          <w:cantSplit/>
          <w:jc w:val="center"/>
        </w:trPr>
        <w:tc>
          <w:tcPr>
            <w:tcW w:w="2835" w:type="dxa"/>
          </w:tcPr>
          <w:p w14:paraId="1355E8E8" w14:textId="77777777" w:rsidR="00424C49" w:rsidRPr="007C3371" w:rsidRDefault="0059002D">
            <w:pPr>
              <w:spacing w:before="20" w:after="20" w:line="259" w:lineRule="auto"/>
              <w:rPr>
                <w:rFonts w:asciiTheme="majorHAnsi" w:hAnsiTheme="majorHAnsi" w:cstheme="majorHAnsi"/>
                <w:sz w:val="22"/>
                <w:lang w:val="pt-BR"/>
              </w:rPr>
            </w:pPr>
            <w:r w:rsidRPr="007C3371">
              <w:rPr>
                <w:rFonts w:asciiTheme="majorHAnsi" w:hAnsiTheme="majorHAnsi" w:cstheme="majorHAnsi"/>
                <w:sz w:val="22"/>
                <w:lang w:val="pt-BR"/>
              </w:rPr>
              <w:t>A1 – SA 1.2 Resurse și materiale de învățare (inclusiv conținut asistat de AI)</w:t>
            </w:r>
          </w:p>
        </w:tc>
        <w:tc>
          <w:tcPr>
            <w:tcW w:w="4819" w:type="dxa"/>
          </w:tcPr>
          <w:p w14:paraId="61D4C407" w14:textId="77777777" w:rsidR="00424C49" w:rsidRPr="007C3371" w:rsidRDefault="00424C49">
            <w:pPr>
              <w:spacing w:before="20" w:after="20" w:line="259" w:lineRule="auto"/>
              <w:rPr>
                <w:rFonts w:asciiTheme="majorHAnsi" w:hAnsiTheme="majorHAnsi" w:cstheme="majorHAnsi"/>
                <w:sz w:val="22"/>
                <w:lang w:val="pt-BR"/>
              </w:rPr>
            </w:pPr>
          </w:p>
        </w:tc>
        <w:tc>
          <w:tcPr>
            <w:tcW w:w="1984" w:type="dxa"/>
          </w:tcPr>
          <w:p w14:paraId="3A711FC7" w14:textId="77777777" w:rsidR="00424C49" w:rsidRPr="007C3371" w:rsidRDefault="00424C49">
            <w:pPr>
              <w:spacing w:before="20" w:after="20" w:line="259" w:lineRule="auto"/>
              <w:rPr>
                <w:rFonts w:asciiTheme="majorHAnsi" w:hAnsiTheme="majorHAnsi" w:cstheme="majorHAnsi"/>
                <w:sz w:val="22"/>
                <w:lang w:val="pt-BR"/>
              </w:rPr>
            </w:pPr>
          </w:p>
        </w:tc>
      </w:tr>
      <w:tr w:rsidR="00424C49" w:rsidRPr="007C3371" w14:paraId="34D02AFF" w14:textId="77777777" w:rsidTr="007C3371">
        <w:trPr>
          <w:cantSplit/>
          <w:jc w:val="center"/>
        </w:trPr>
        <w:tc>
          <w:tcPr>
            <w:tcW w:w="2835" w:type="dxa"/>
          </w:tcPr>
          <w:p w14:paraId="560865F2" w14:textId="77777777" w:rsidR="00424C49" w:rsidRPr="007C3371" w:rsidRDefault="0059002D">
            <w:pPr>
              <w:spacing w:before="20" w:after="20" w:line="259" w:lineRule="auto"/>
              <w:rPr>
                <w:rFonts w:asciiTheme="majorHAnsi" w:hAnsiTheme="majorHAnsi" w:cstheme="majorHAnsi"/>
                <w:sz w:val="22"/>
                <w:lang w:val="pt-BR"/>
              </w:rPr>
            </w:pPr>
            <w:r w:rsidRPr="007C3371">
              <w:rPr>
                <w:rFonts w:asciiTheme="majorHAnsi" w:hAnsiTheme="majorHAnsi" w:cstheme="majorHAnsi"/>
                <w:sz w:val="22"/>
                <w:lang w:val="pt-BR"/>
              </w:rPr>
              <w:t>A1 – SA 1.3 Egalitate de șanse: atragerea tinerelor spre profiluri tehnice / mentorat vocațional și antreprenorial</w:t>
            </w:r>
          </w:p>
        </w:tc>
        <w:tc>
          <w:tcPr>
            <w:tcW w:w="4819" w:type="dxa"/>
          </w:tcPr>
          <w:p w14:paraId="1B3BDE1E" w14:textId="77777777" w:rsidR="00424C49" w:rsidRPr="007C3371" w:rsidRDefault="00424C49">
            <w:pPr>
              <w:spacing w:before="20" w:after="20" w:line="259" w:lineRule="auto"/>
              <w:rPr>
                <w:rFonts w:asciiTheme="majorHAnsi" w:hAnsiTheme="majorHAnsi" w:cstheme="majorHAnsi"/>
                <w:sz w:val="22"/>
                <w:lang w:val="pt-BR"/>
              </w:rPr>
            </w:pPr>
          </w:p>
        </w:tc>
        <w:tc>
          <w:tcPr>
            <w:tcW w:w="1984" w:type="dxa"/>
          </w:tcPr>
          <w:p w14:paraId="62C4D946" w14:textId="77777777" w:rsidR="00424C49" w:rsidRPr="007C3371" w:rsidRDefault="00424C49">
            <w:pPr>
              <w:spacing w:before="20" w:after="20" w:line="259" w:lineRule="auto"/>
              <w:rPr>
                <w:rFonts w:asciiTheme="majorHAnsi" w:hAnsiTheme="majorHAnsi" w:cstheme="majorHAnsi"/>
                <w:sz w:val="22"/>
                <w:lang w:val="pt-BR"/>
              </w:rPr>
            </w:pPr>
          </w:p>
        </w:tc>
      </w:tr>
      <w:tr w:rsidR="00424C49" w:rsidRPr="007C3371" w14:paraId="3289E8C2" w14:textId="77777777" w:rsidTr="007C3371">
        <w:trPr>
          <w:cantSplit/>
          <w:jc w:val="center"/>
        </w:trPr>
        <w:tc>
          <w:tcPr>
            <w:tcW w:w="2835" w:type="dxa"/>
          </w:tcPr>
          <w:p w14:paraId="310E46F0" w14:textId="77777777" w:rsidR="00424C49" w:rsidRPr="007C3371" w:rsidRDefault="0059002D">
            <w:pPr>
              <w:spacing w:before="20" w:after="20" w:line="259" w:lineRule="auto"/>
              <w:rPr>
                <w:rFonts w:asciiTheme="majorHAnsi" w:hAnsiTheme="majorHAnsi" w:cstheme="majorHAnsi"/>
                <w:sz w:val="22"/>
              </w:rPr>
            </w:pPr>
            <w:r w:rsidRPr="007C3371">
              <w:rPr>
                <w:rFonts w:asciiTheme="majorHAnsi" w:hAnsiTheme="majorHAnsi" w:cstheme="majorHAnsi"/>
                <w:sz w:val="22"/>
              </w:rPr>
              <w:t xml:space="preserve">A2 – </w:t>
            </w:r>
            <w:proofErr w:type="spellStart"/>
            <w:r w:rsidRPr="007C3371">
              <w:rPr>
                <w:rFonts w:asciiTheme="majorHAnsi" w:hAnsiTheme="majorHAnsi" w:cstheme="majorHAnsi"/>
                <w:sz w:val="22"/>
              </w:rPr>
              <w:t>Stimularea</w:t>
            </w:r>
            <w:proofErr w:type="spellEnd"/>
            <w:r w:rsidRPr="007C3371">
              <w:rPr>
                <w:rFonts w:asciiTheme="majorHAnsi" w:hAnsiTheme="majorHAnsi" w:cstheme="majorHAnsi"/>
                <w:sz w:val="22"/>
              </w:rPr>
              <w:t xml:space="preserve"> </w:t>
            </w:r>
            <w:proofErr w:type="spellStart"/>
            <w:r w:rsidRPr="007C3371">
              <w:rPr>
                <w:rFonts w:asciiTheme="majorHAnsi" w:hAnsiTheme="majorHAnsi" w:cstheme="majorHAnsi"/>
                <w:sz w:val="22"/>
              </w:rPr>
              <w:t>interesului</w:t>
            </w:r>
            <w:proofErr w:type="spellEnd"/>
            <w:r w:rsidRPr="007C3371">
              <w:rPr>
                <w:rFonts w:asciiTheme="majorHAnsi" w:hAnsiTheme="majorHAnsi" w:cstheme="majorHAnsi"/>
                <w:sz w:val="22"/>
              </w:rPr>
              <w:t xml:space="preserve"> </w:t>
            </w:r>
            <w:proofErr w:type="spellStart"/>
            <w:r w:rsidRPr="007C3371">
              <w:rPr>
                <w:rFonts w:asciiTheme="majorHAnsi" w:hAnsiTheme="majorHAnsi" w:cstheme="majorHAnsi"/>
                <w:sz w:val="22"/>
              </w:rPr>
              <w:t>elevilor</w:t>
            </w:r>
            <w:proofErr w:type="spellEnd"/>
            <w:r w:rsidRPr="007C3371">
              <w:rPr>
                <w:rFonts w:asciiTheme="majorHAnsi" w:hAnsiTheme="majorHAnsi" w:cstheme="majorHAnsi"/>
                <w:sz w:val="22"/>
              </w:rPr>
              <w:t xml:space="preserve"> </w:t>
            </w:r>
            <w:proofErr w:type="spellStart"/>
            <w:r w:rsidRPr="007C3371">
              <w:rPr>
                <w:rFonts w:asciiTheme="majorHAnsi" w:hAnsiTheme="majorHAnsi" w:cstheme="majorHAnsi"/>
                <w:sz w:val="22"/>
              </w:rPr>
              <w:t>pentru</w:t>
            </w:r>
            <w:proofErr w:type="spellEnd"/>
            <w:r w:rsidRPr="007C3371">
              <w:rPr>
                <w:rFonts w:asciiTheme="majorHAnsi" w:hAnsiTheme="majorHAnsi" w:cstheme="majorHAnsi"/>
                <w:sz w:val="22"/>
              </w:rPr>
              <w:t xml:space="preserve"> </w:t>
            </w:r>
            <w:proofErr w:type="spellStart"/>
            <w:r w:rsidRPr="007C3371">
              <w:rPr>
                <w:rFonts w:asciiTheme="majorHAnsi" w:hAnsiTheme="majorHAnsi" w:cstheme="majorHAnsi"/>
                <w:sz w:val="22"/>
              </w:rPr>
              <w:t>studiile</w:t>
            </w:r>
            <w:proofErr w:type="spellEnd"/>
            <w:r w:rsidRPr="007C3371">
              <w:rPr>
                <w:rFonts w:asciiTheme="majorHAnsi" w:hAnsiTheme="majorHAnsi" w:cstheme="majorHAnsi"/>
                <w:sz w:val="22"/>
              </w:rPr>
              <w:t xml:space="preserve"> </w:t>
            </w:r>
            <w:proofErr w:type="spellStart"/>
            <w:r w:rsidRPr="007C3371">
              <w:rPr>
                <w:rFonts w:asciiTheme="majorHAnsi" w:hAnsiTheme="majorHAnsi" w:cstheme="majorHAnsi"/>
                <w:sz w:val="22"/>
              </w:rPr>
              <w:t>universitare</w:t>
            </w:r>
            <w:proofErr w:type="spellEnd"/>
          </w:p>
        </w:tc>
        <w:tc>
          <w:tcPr>
            <w:tcW w:w="4819" w:type="dxa"/>
          </w:tcPr>
          <w:p w14:paraId="0BC437E9" w14:textId="77777777" w:rsidR="00424C49" w:rsidRPr="007C3371" w:rsidRDefault="00424C49">
            <w:pPr>
              <w:spacing w:before="20" w:after="20" w:line="259" w:lineRule="auto"/>
              <w:rPr>
                <w:rFonts w:asciiTheme="majorHAnsi" w:hAnsiTheme="majorHAnsi" w:cstheme="majorHAnsi"/>
                <w:sz w:val="22"/>
              </w:rPr>
            </w:pPr>
          </w:p>
        </w:tc>
        <w:tc>
          <w:tcPr>
            <w:tcW w:w="1984" w:type="dxa"/>
          </w:tcPr>
          <w:p w14:paraId="01A1AD81" w14:textId="77777777" w:rsidR="00424C49" w:rsidRPr="007C3371" w:rsidRDefault="00424C49">
            <w:pPr>
              <w:spacing w:before="20" w:after="20" w:line="259" w:lineRule="auto"/>
              <w:rPr>
                <w:rFonts w:asciiTheme="majorHAnsi" w:hAnsiTheme="majorHAnsi" w:cstheme="majorHAnsi"/>
                <w:sz w:val="22"/>
              </w:rPr>
            </w:pPr>
          </w:p>
        </w:tc>
      </w:tr>
      <w:tr w:rsidR="00424C49" w:rsidRPr="007C3371" w14:paraId="0A5C7F69" w14:textId="77777777" w:rsidTr="007C3371">
        <w:trPr>
          <w:cantSplit/>
          <w:jc w:val="center"/>
        </w:trPr>
        <w:tc>
          <w:tcPr>
            <w:tcW w:w="2835" w:type="dxa"/>
          </w:tcPr>
          <w:p w14:paraId="6FB32B79" w14:textId="77777777" w:rsidR="00424C49" w:rsidRPr="007C3371" w:rsidRDefault="0059002D">
            <w:pPr>
              <w:spacing w:before="20" w:after="20" w:line="259" w:lineRule="auto"/>
              <w:rPr>
                <w:rFonts w:asciiTheme="majorHAnsi" w:hAnsiTheme="majorHAnsi" w:cstheme="majorHAnsi"/>
                <w:sz w:val="22"/>
                <w:lang w:val="pt-BR"/>
              </w:rPr>
            </w:pPr>
            <w:r w:rsidRPr="007C3371">
              <w:rPr>
                <w:rFonts w:asciiTheme="majorHAnsi" w:hAnsiTheme="majorHAnsi" w:cstheme="majorHAnsi"/>
                <w:sz w:val="22"/>
                <w:lang w:val="pt-BR"/>
              </w:rPr>
              <w:lastRenderedPageBreak/>
              <w:t>A5 – Formarea personalului didactic și didactic auxiliar</w:t>
            </w:r>
          </w:p>
        </w:tc>
        <w:tc>
          <w:tcPr>
            <w:tcW w:w="4819" w:type="dxa"/>
          </w:tcPr>
          <w:p w14:paraId="4797B3DC" w14:textId="77777777" w:rsidR="00424C49" w:rsidRPr="007C3371" w:rsidRDefault="00424C49">
            <w:pPr>
              <w:spacing w:before="20" w:after="20" w:line="259" w:lineRule="auto"/>
              <w:rPr>
                <w:rFonts w:asciiTheme="majorHAnsi" w:hAnsiTheme="majorHAnsi" w:cstheme="majorHAnsi"/>
                <w:sz w:val="22"/>
                <w:lang w:val="pt-BR"/>
              </w:rPr>
            </w:pPr>
          </w:p>
        </w:tc>
        <w:tc>
          <w:tcPr>
            <w:tcW w:w="1984" w:type="dxa"/>
          </w:tcPr>
          <w:p w14:paraId="21DBDA90" w14:textId="77777777" w:rsidR="00424C49" w:rsidRPr="007C3371" w:rsidRDefault="00424C49">
            <w:pPr>
              <w:spacing w:before="20" w:after="20" w:line="259" w:lineRule="auto"/>
              <w:rPr>
                <w:rFonts w:asciiTheme="majorHAnsi" w:hAnsiTheme="majorHAnsi" w:cstheme="majorHAnsi"/>
                <w:sz w:val="22"/>
                <w:lang w:val="pt-BR"/>
              </w:rPr>
            </w:pPr>
          </w:p>
        </w:tc>
      </w:tr>
      <w:tr w:rsidR="00424C49" w:rsidRPr="007C3371" w14:paraId="4A331B49" w14:textId="77777777" w:rsidTr="007C3371">
        <w:trPr>
          <w:cantSplit/>
          <w:jc w:val="center"/>
        </w:trPr>
        <w:tc>
          <w:tcPr>
            <w:tcW w:w="2835" w:type="dxa"/>
          </w:tcPr>
          <w:p w14:paraId="1990A25C" w14:textId="77777777" w:rsidR="00424C49" w:rsidRPr="007C3371" w:rsidRDefault="00A06B79">
            <w:pPr>
              <w:spacing w:before="20" w:after="20" w:line="259" w:lineRule="auto"/>
              <w:rPr>
                <w:rFonts w:asciiTheme="majorHAnsi" w:hAnsiTheme="majorHAnsi" w:cstheme="majorHAnsi"/>
                <w:sz w:val="22"/>
              </w:rPr>
            </w:pPr>
            <w:r w:rsidRPr="007C3371">
              <w:rPr>
                <w:rFonts w:asciiTheme="majorHAnsi" w:hAnsiTheme="majorHAnsi" w:cstheme="majorHAnsi"/>
                <w:sz w:val="22"/>
              </w:rPr>
              <w:t xml:space="preserve">A6 – </w:t>
            </w:r>
            <w:proofErr w:type="spellStart"/>
            <w:r w:rsidRPr="007C3371">
              <w:rPr>
                <w:rFonts w:asciiTheme="majorHAnsi" w:hAnsiTheme="majorHAnsi" w:cstheme="majorHAnsi"/>
                <w:sz w:val="22"/>
              </w:rPr>
              <w:t>Managementul</w:t>
            </w:r>
            <w:proofErr w:type="spellEnd"/>
            <w:r w:rsidRPr="007C3371">
              <w:rPr>
                <w:rFonts w:asciiTheme="majorHAnsi" w:hAnsiTheme="majorHAnsi" w:cstheme="majorHAnsi"/>
                <w:sz w:val="22"/>
              </w:rPr>
              <w:t xml:space="preserve"> </w:t>
            </w:r>
            <w:proofErr w:type="spellStart"/>
            <w:r w:rsidRPr="007C3371">
              <w:rPr>
                <w:rFonts w:asciiTheme="majorHAnsi" w:hAnsiTheme="majorHAnsi" w:cstheme="majorHAnsi"/>
                <w:sz w:val="22"/>
              </w:rPr>
              <w:t>activităților</w:t>
            </w:r>
            <w:proofErr w:type="spellEnd"/>
            <w:r w:rsidRPr="007C3371">
              <w:rPr>
                <w:rFonts w:asciiTheme="majorHAnsi" w:hAnsiTheme="majorHAnsi" w:cstheme="majorHAnsi"/>
                <w:sz w:val="22"/>
              </w:rPr>
              <w:t xml:space="preserve"> </w:t>
            </w:r>
            <w:proofErr w:type="spellStart"/>
            <w:r w:rsidRPr="007C3371">
              <w:rPr>
                <w:rFonts w:asciiTheme="majorHAnsi" w:hAnsiTheme="majorHAnsi" w:cstheme="majorHAnsi"/>
                <w:sz w:val="22"/>
              </w:rPr>
              <w:t>proprii</w:t>
            </w:r>
            <w:proofErr w:type="spellEnd"/>
          </w:p>
        </w:tc>
        <w:tc>
          <w:tcPr>
            <w:tcW w:w="4819" w:type="dxa"/>
          </w:tcPr>
          <w:p w14:paraId="5CB15446" w14:textId="77777777" w:rsidR="00424C49" w:rsidRPr="007C3371" w:rsidRDefault="00424C49">
            <w:pPr>
              <w:spacing w:before="20" w:after="20" w:line="259" w:lineRule="auto"/>
              <w:rPr>
                <w:rFonts w:asciiTheme="majorHAnsi" w:hAnsiTheme="majorHAnsi" w:cstheme="majorHAnsi"/>
                <w:sz w:val="22"/>
              </w:rPr>
            </w:pPr>
          </w:p>
        </w:tc>
        <w:tc>
          <w:tcPr>
            <w:tcW w:w="1984" w:type="dxa"/>
          </w:tcPr>
          <w:p w14:paraId="19FAEBC1" w14:textId="77777777" w:rsidR="00424C49" w:rsidRPr="007C3371" w:rsidRDefault="0059002D">
            <w:pPr>
              <w:spacing w:before="20" w:after="20" w:line="259" w:lineRule="auto"/>
              <w:rPr>
                <w:rFonts w:asciiTheme="majorHAnsi" w:hAnsiTheme="majorHAnsi" w:cstheme="majorHAnsi"/>
                <w:sz w:val="22"/>
              </w:rPr>
            </w:pPr>
            <w:proofErr w:type="spellStart"/>
            <w:r w:rsidRPr="007C3371">
              <w:rPr>
                <w:rFonts w:asciiTheme="majorHAnsi" w:hAnsiTheme="majorHAnsi" w:cstheme="majorHAnsi"/>
                <w:sz w:val="22"/>
              </w:rPr>
              <w:t>Coordonator</w:t>
            </w:r>
            <w:proofErr w:type="spellEnd"/>
            <w:r w:rsidRPr="007C3371">
              <w:rPr>
                <w:rFonts w:asciiTheme="majorHAnsi" w:hAnsiTheme="majorHAnsi" w:cstheme="majorHAnsi"/>
                <w:sz w:val="22"/>
              </w:rPr>
              <w:t xml:space="preserve"> </w:t>
            </w:r>
            <w:proofErr w:type="spellStart"/>
            <w:r w:rsidRPr="007C3371">
              <w:rPr>
                <w:rFonts w:asciiTheme="majorHAnsi" w:hAnsiTheme="majorHAnsi" w:cstheme="majorHAnsi"/>
                <w:sz w:val="22"/>
              </w:rPr>
              <w:t>proiect</w:t>
            </w:r>
            <w:proofErr w:type="spellEnd"/>
            <w:r w:rsidRPr="007C3371">
              <w:rPr>
                <w:rFonts w:asciiTheme="majorHAnsi" w:hAnsiTheme="majorHAnsi" w:cstheme="majorHAnsi"/>
                <w:sz w:val="22"/>
              </w:rPr>
              <w:t xml:space="preserve"> </w:t>
            </w:r>
            <w:proofErr w:type="spellStart"/>
            <w:r w:rsidRPr="007C3371">
              <w:rPr>
                <w:rFonts w:asciiTheme="majorHAnsi" w:hAnsiTheme="majorHAnsi" w:cstheme="majorHAnsi"/>
                <w:sz w:val="22"/>
              </w:rPr>
              <w:t>partener</w:t>
            </w:r>
            <w:proofErr w:type="spellEnd"/>
          </w:p>
        </w:tc>
      </w:tr>
    </w:tbl>
    <w:p w14:paraId="25AAA6FF" w14:textId="77777777" w:rsidR="00424C49" w:rsidRPr="007C3371" w:rsidRDefault="00424C49">
      <w:pPr>
        <w:spacing w:after="80" w:line="259" w:lineRule="auto"/>
        <w:jc w:val="both"/>
        <w:rPr>
          <w:rFonts w:asciiTheme="majorHAnsi" w:hAnsiTheme="majorHAnsi" w:cstheme="majorHAnsi"/>
          <w:sz w:val="22"/>
        </w:rPr>
      </w:pPr>
    </w:p>
    <w:p w14:paraId="1ED5588F" w14:textId="77777777" w:rsidR="00424C49" w:rsidRPr="007C3371" w:rsidRDefault="0059002D">
      <w:pPr>
        <w:spacing w:after="120" w:line="259" w:lineRule="auto"/>
        <w:jc w:val="both"/>
        <w:rPr>
          <w:rFonts w:asciiTheme="majorHAnsi" w:hAnsiTheme="majorHAnsi" w:cstheme="majorHAnsi"/>
          <w:sz w:val="22"/>
          <w:lang w:val="pt-BR"/>
        </w:rPr>
      </w:pPr>
      <w:r w:rsidRPr="007C3371">
        <w:rPr>
          <w:rFonts w:asciiTheme="majorHAnsi" w:hAnsiTheme="majorHAnsi" w:cstheme="majorHAnsi"/>
          <w:sz w:val="22"/>
          <w:lang w:val="pt-BR"/>
        </w:rPr>
        <w:t>Se completează doar rândurile aferente activităților în care candidatul dorește să se implice; implicarea în cel puțin o subactivitate a A1 este obligatorie.</w:t>
      </w:r>
    </w:p>
    <w:p w14:paraId="79B32A35" w14:textId="77777777" w:rsidR="00424C49" w:rsidRPr="007C3371" w:rsidRDefault="0059002D">
      <w:pPr>
        <w:keepNext/>
        <w:spacing w:before="160" w:after="80" w:line="259" w:lineRule="auto"/>
        <w:rPr>
          <w:rFonts w:asciiTheme="majorHAnsi" w:hAnsiTheme="majorHAnsi" w:cstheme="majorHAnsi"/>
          <w:sz w:val="22"/>
        </w:rPr>
      </w:pPr>
      <w:r w:rsidRPr="007C3371">
        <w:rPr>
          <w:rFonts w:asciiTheme="majorHAnsi" w:hAnsiTheme="majorHAnsi" w:cstheme="majorHAnsi"/>
          <w:b/>
          <w:sz w:val="22"/>
        </w:rPr>
        <w:t>D. RESURSE UMANE PROPUSE</w:t>
      </w:r>
    </w:p>
    <w:tbl>
      <w:tblPr>
        <w:tblStyle w:val="TableGrid"/>
        <w:tblW w:w="9638" w:type="dxa"/>
        <w:jc w:val="center"/>
        <w:tblLayout w:type="fixed"/>
        <w:tblLook w:val="04A0" w:firstRow="1" w:lastRow="0" w:firstColumn="1" w:lastColumn="0" w:noHBand="0" w:noVBand="1"/>
      </w:tblPr>
      <w:tblGrid>
        <w:gridCol w:w="568"/>
        <w:gridCol w:w="1814"/>
        <w:gridCol w:w="1871"/>
        <w:gridCol w:w="1984"/>
        <w:gridCol w:w="1417"/>
        <w:gridCol w:w="1984"/>
      </w:tblGrid>
      <w:tr w:rsidR="00424C49" w:rsidRPr="007C3371" w14:paraId="047DBAF0" w14:textId="77777777" w:rsidTr="007C3371">
        <w:trPr>
          <w:cantSplit/>
          <w:tblHeader/>
          <w:jc w:val="center"/>
        </w:trPr>
        <w:tc>
          <w:tcPr>
            <w:tcW w:w="567" w:type="dxa"/>
          </w:tcPr>
          <w:p w14:paraId="69671F4C" w14:textId="77777777" w:rsidR="00424C49" w:rsidRPr="007C3371" w:rsidRDefault="0059002D">
            <w:pPr>
              <w:spacing w:before="20" w:after="20" w:line="259" w:lineRule="auto"/>
              <w:jc w:val="center"/>
              <w:rPr>
                <w:rFonts w:asciiTheme="majorHAnsi" w:hAnsiTheme="majorHAnsi" w:cstheme="majorHAnsi"/>
                <w:sz w:val="22"/>
              </w:rPr>
            </w:pPr>
            <w:proofErr w:type="spellStart"/>
            <w:r w:rsidRPr="007C3371">
              <w:rPr>
                <w:rFonts w:asciiTheme="majorHAnsi" w:hAnsiTheme="majorHAnsi" w:cstheme="majorHAnsi"/>
                <w:b/>
                <w:sz w:val="22"/>
              </w:rPr>
              <w:t>Nr</w:t>
            </w:r>
            <w:proofErr w:type="spellEnd"/>
            <w:r w:rsidRPr="007C3371">
              <w:rPr>
                <w:rFonts w:asciiTheme="majorHAnsi" w:hAnsiTheme="majorHAnsi" w:cstheme="majorHAnsi"/>
                <w:b/>
                <w:sz w:val="22"/>
              </w:rPr>
              <w:t>.</w:t>
            </w:r>
          </w:p>
        </w:tc>
        <w:tc>
          <w:tcPr>
            <w:tcW w:w="1814" w:type="dxa"/>
          </w:tcPr>
          <w:p w14:paraId="3428A41E" w14:textId="77777777" w:rsidR="00424C49" w:rsidRPr="007C3371" w:rsidRDefault="0059002D">
            <w:pPr>
              <w:spacing w:before="20" w:after="20" w:line="259" w:lineRule="auto"/>
              <w:jc w:val="center"/>
              <w:rPr>
                <w:rFonts w:asciiTheme="majorHAnsi" w:hAnsiTheme="majorHAnsi" w:cstheme="majorHAnsi"/>
                <w:sz w:val="22"/>
              </w:rPr>
            </w:pPr>
            <w:proofErr w:type="spellStart"/>
            <w:r w:rsidRPr="007C3371">
              <w:rPr>
                <w:rFonts w:asciiTheme="majorHAnsi" w:hAnsiTheme="majorHAnsi" w:cstheme="majorHAnsi"/>
                <w:b/>
                <w:sz w:val="22"/>
              </w:rPr>
              <w:t>Nume</w:t>
            </w:r>
            <w:proofErr w:type="spellEnd"/>
            <w:r w:rsidRPr="007C3371">
              <w:rPr>
                <w:rFonts w:asciiTheme="majorHAnsi" w:hAnsiTheme="majorHAnsi" w:cstheme="majorHAnsi"/>
                <w:b/>
                <w:sz w:val="22"/>
              </w:rPr>
              <w:t xml:space="preserve"> </w:t>
            </w:r>
            <w:proofErr w:type="spellStart"/>
            <w:r w:rsidRPr="007C3371">
              <w:rPr>
                <w:rFonts w:asciiTheme="majorHAnsi" w:hAnsiTheme="majorHAnsi" w:cstheme="majorHAnsi"/>
                <w:b/>
                <w:sz w:val="22"/>
              </w:rPr>
              <w:t>și</w:t>
            </w:r>
            <w:proofErr w:type="spellEnd"/>
            <w:r w:rsidRPr="007C3371">
              <w:rPr>
                <w:rFonts w:asciiTheme="majorHAnsi" w:hAnsiTheme="majorHAnsi" w:cstheme="majorHAnsi"/>
                <w:b/>
                <w:sz w:val="22"/>
              </w:rPr>
              <w:t xml:space="preserve"> </w:t>
            </w:r>
            <w:proofErr w:type="spellStart"/>
            <w:r w:rsidRPr="007C3371">
              <w:rPr>
                <w:rFonts w:asciiTheme="majorHAnsi" w:hAnsiTheme="majorHAnsi" w:cstheme="majorHAnsi"/>
                <w:b/>
                <w:sz w:val="22"/>
              </w:rPr>
              <w:t>prenume</w:t>
            </w:r>
            <w:proofErr w:type="spellEnd"/>
          </w:p>
        </w:tc>
        <w:tc>
          <w:tcPr>
            <w:tcW w:w="1871" w:type="dxa"/>
          </w:tcPr>
          <w:p w14:paraId="162CCFE5" w14:textId="77777777" w:rsidR="00424C49" w:rsidRPr="007C3371" w:rsidRDefault="0059002D">
            <w:pPr>
              <w:spacing w:before="20" w:after="20" w:line="259" w:lineRule="auto"/>
              <w:jc w:val="center"/>
              <w:rPr>
                <w:rFonts w:asciiTheme="majorHAnsi" w:hAnsiTheme="majorHAnsi" w:cstheme="majorHAnsi"/>
                <w:sz w:val="22"/>
              </w:rPr>
            </w:pPr>
            <w:proofErr w:type="spellStart"/>
            <w:r w:rsidRPr="007C3371">
              <w:rPr>
                <w:rFonts w:asciiTheme="majorHAnsi" w:hAnsiTheme="majorHAnsi" w:cstheme="majorHAnsi"/>
                <w:b/>
                <w:sz w:val="22"/>
              </w:rPr>
              <w:t>Poziția</w:t>
            </w:r>
            <w:proofErr w:type="spellEnd"/>
            <w:r w:rsidRPr="007C3371">
              <w:rPr>
                <w:rFonts w:asciiTheme="majorHAnsi" w:hAnsiTheme="majorHAnsi" w:cstheme="majorHAnsi"/>
                <w:b/>
                <w:sz w:val="22"/>
              </w:rPr>
              <w:t xml:space="preserve"> </w:t>
            </w:r>
            <w:proofErr w:type="spellStart"/>
            <w:r w:rsidRPr="007C3371">
              <w:rPr>
                <w:rFonts w:asciiTheme="majorHAnsi" w:hAnsiTheme="majorHAnsi" w:cstheme="majorHAnsi"/>
                <w:b/>
                <w:sz w:val="22"/>
              </w:rPr>
              <w:t>propusă</w:t>
            </w:r>
            <w:proofErr w:type="spellEnd"/>
            <w:r w:rsidRPr="007C3371">
              <w:rPr>
                <w:rFonts w:asciiTheme="majorHAnsi" w:hAnsiTheme="majorHAnsi" w:cstheme="majorHAnsi"/>
                <w:b/>
                <w:sz w:val="22"/>
              </w:rPr>
              <w:t xml:space="preserve"> </w:t>
            </w:r>
            <w:proofErr w:type="spellStart"/>
            <w:r w:rsidRPr="007C3371">
              <w:rPr>
                <w:rFonts w:asciiTheme="majorHAnsi" w:hAnsiTheme="majorHAnsi" w:cstheme="majorHAnsi"/>
                <w:b/>
                <w:sz w:val="22"/>
              </w:rPr>
              <w:t>în</w:t>
            </w:r>
            <w:proofErr w:type="spellEnd"/>
            <w:r w:rsidRPr="007C3371">
              <w:rPr>
                <w:rFonts w:asciiTheme="majorHAnsi" w:hAnsiTheme="majorHAnsi" w:cstheme="majorHAnsi"/>
                <w:b/>
                <w:sz w:val="22"/>
              </w:rPr>
              <w:t xml:space="preserve"> </w:t>
            </w:r>
            <w:proofErr w:type="spellStart"/>
            <w:r w:rsidRPr="007C3371">
              <w:rPr>
                <w:rFonts w:asciiTheme="majorHAnsi" w:hAnsiTheme="majorHAnsi" w:cstheme="majorHAnsi"/>
                <w:b/>
                <w:sz w:val="22"/>
              </w:rPr>
              <w:t>proiect</w:t>
            </w:r>
            <w:proofErr w:type="spellEnd"/>
          </w:p>
        </w:tc>
        <w:tc>
          <w:tcPr>
            <w:tcW w:w="1984" w:type="dxa"/>
          </w:tcPr>
          <w:p w14:paraId="5030321F" w14:textId="77777777" w:rsidR="00424C49" w:rsidRPr="007C3371" w:rsidRDefault="0059002D">
            <w:pPr>
              <w:spacing w:before="20" w:after="20" w:line="259" w:lineRule="auto"/>
              <w:jc w:val="center"/>
              <w:rPr>
                <w:rFonts w:asciiTheme="majorHAnsi" w:hAnsiTheme="majorHAnsi" w:cstheme="majorHAnsi"/>
                <w:sz w:val="22"/>
              </w:rPr>
            </w:pPr>
            <w:proofErr w:type="spellStart"/>
            <w:r w:rsidRPr="007C3371">
              <w:rPr>
                <w:rFonts w:asciiTheme="majorHAnsi" w:hAnsiTheme="majorHAnsi" w:cstheme="majorHAnsi"/>
                <w:b/>
                <w:sz w:val="22"/>
              </w:rPr>
              <w:t>Studii</w:t>
            </w:r>
            <w:proofErr w:type="spellEnd"/>
            <w:r w:rsidRPr="007C3371">
              <w:rPr>
                <w:rFonts w:asciiTheme="majorHAnsi" w:hAnsiTheme="majorHAnsi" w:cstheme="majorHAnsi"/>
                <w:b/>
                <w:sz w:val="22"/>
              </w:rPr>
              <w:t xml:space="preserve"> / </w:t>
            </w:r>
            <w:proofErr w:type="spellStart"/>
            <w:r w:rsidRPr="007C3371">
              <w:rPr>
                <w:rFonts w:asciiTheme="majorHAnsi" w:hAnsiTheme="majorHAnsi" w:cstheme="majorHAnsi"/>
                <w:b/>
                <w:sz w:val="22"/>
              </w:rPr>
              <w:t>certificări</w:t>
            </w:r>
            <w:proofErr w:type="spellEnd"/>
            <w:r w:rsidRPr="007C3371">
              <w:rPr>
                <w:rFonts w:asciiTheme="majorHAnsi" w:hAnsiTheme="majorHAnsi" w:cstheme="majorHAnsi"/>
                <w:b/>
                <w:sz w:val="22"/>
              </w:rPr>
              <w:t xml:space="preserve"> </w:t>
            </w:r>
            <w:proofErr w:type="spellStart"/>
            <w:r w:rsidRPr="007C3371">
              <w:rPr>
                <w:rFonts w:asciiTheme="majorHAnsi" w:hAnsiTheme="majorHAnsi" w:cstheme="majorHAnsi"/>
                <w:b/>
                <w:sz w:val="22"/>
              </w:rPr>
              <w:t>relevante</w:t>
            </w:r>
            <w:proofErr w:type="spellEnd"/>
          </w:p>
        </w:tc>
        <w:tc>
          <w:tcPr>
            <w:tcW w:w="1417" w:type="dxa"/>
          </w:tcPr>
          <w:p w14:paraId="63FFB65C" w14:textId="77777777" w:rsidR="00424C49" w:rsidRPr="007C3371" w:rsidRDefault="0059002D">
            <w:pPr>
              <w:spacing w:before="20" w:after="20" w:line="259" w:lineRule="auto"/>
              <w:jc w:val="center"/>
              <w:rPr>
                <w:rFonts w:asciiTheme="majorHAnsi" w:hAnsiTheme="majorHAnsi" w:cstheme="majorHAnsi"/>
                <w:sz w:val="22"/>
              </w:rPr>
            </w:pPr>
            <w:proofErr w:type="spellStart"/>
            <w:r w:rsidRPr="007C3371">
              <w:rPr>
                <w:rFonts w:asciiTheme="majorHAnsi" w:hAnsiTheme="majorHAnsi" w:cstheme="majorHAnsi"/>
                <w:b/>
                <w:sz w:val="22"/>
              </w:rPr>
              <w:t>Experiență</w:t>
            </w:r>
            <w:proofErr w:type="spellEnd"/>
            <w:r w:rsidRPr="007C3371">
              <w:rPr>
                <w:rFonts w:asciiTheme="majorHAnsi" w:hAnsiTheme="majorHAnsi" w:cstheme="majorHAnsi"/>
                <w:b/>
                <w:sz w:val="22"/>
              </w:rPr>
              <w:t xml:space="preserve"> </w:t>
            </w:r>
            <w:proofErr w:type="spellStart"/>
            <w:r w:rsidRPr="007C3371">
              <w:rPr>
                <w:rFonts w:asciiTheme="majorHAnsi" w:hAnsiTheme="majorHAnsi" w:cstheme="majorHAnsi"/>
                <w:b/>
                <w:sz w:val="22"/>
              </w:rPr>
              <w:t>specifică</w:t>
            </w:r>
            <w:proofErr w:type="spellEnd"/>
            <w:r w:rsidRPr="007C3371">
              <w:rPr>
                <w:rFonts w:asciiTheme="majorHAnsi" w:hAnsiTheme="majorHAnsi" w:cstheme="majorHAnsi"/>
                <w:b/>
                <w:sz w:val="22"/>
              </w:rPr>
              <w:t xml:space="preserve"> (</w:t>
            </w:r>
            <w:proofErr w:type="spellStart"/>
            <w:r w:rsidRPr="007C3371">
              <w:rPr>
                <w:rFonts w:asciiTheme="majorHAnsi" w:hAnsiTheme="majorHAnsi" w:cstheme="majorHAnsi"/>
                <w:b/>
                <w:sz w:val="22"/>
              </w:rPr>
              <w:t>ani</w:t>
            </w:r>
            <w:proofErr w:type="spellEnd"/>
            <w:r w:rsidRPr="007C3371">
              <w:rPr>
                <w:rFonts w:asciiTheme="majorHAnsi" w:hAnsiTheme="majorHAnsi" w:cstheme="majorHAnsi"/>
                <w:b/>
                <w:sz w:val="22"/>
              </w:rPr>
              <w:t>)</w:t>
            </w:r>
          </w:p>
        </w:tc>
        <w:tc>
          <w:tcPr>
            <w:tcW w:w="1984" w:type="dxa"/>
          </w:tcPr>
          <w:p w14:paraId="6403E539" w14:textId="77777777" w:rsidR="00424C49" w:rsidRPr="007C3371" w:rsidRDefault="0059002D">
            <w:pPr>
              <w:spacing w:before="20" w:after="20" w:line="259" w:lineRule="auto"/>
              <w:jc w:val="center"/>
              <w:rPr>
                <w:rFonts w:asciiTheme="majorHAnsi" w:hAnsiTheme="majorHAnsi" w:cstheme="majorHAnsi"/>
                <w:sz w:val="22"/>
              </w:rPr>
            </w:pPr>
            <w:proofErr w:type="spellStart"/>
            <w:r w:rsidRPr="007C3371">
              <w:rPr>
                <w:rFonts w:asciiTheme="majorHAnsi" w:hAnsiTheme="majorHAnsi" w:cstheme="majorHAnsi"/>
                <w:b/>
                <w:sz w:val="22"/>
              </w:rPr>
              <w:t>Activitatea</w:t>
            </w:r>
            <w:proofErr w:type="spellEnd"/>
            <w:r w:rsidRPr="007C3371">
              <w:rPr>
                <w:rFonts w:asciiTheme="majorHAnsi" w:hAnsiTheme="majorHAnsi" w:cstheme="majorHAnsi"/>
                <w:b/>
                <w:sz w:val="22"/>
              </w:rPr>
              <w:t xml:space="preserve"> </w:t>
            </w:r>
            <w:proofErr w:type="spellStart"/>
            <w:r w:rsidRPr="007C3371">
              <w:rPr>
                <w:rFonts w:asciiTheme="majorHAnsi" w:hAnsiTheme="majorHAnsi" w:cstheme="majorHAnsi"/>
                <w:b/>
                <w:sz w:val="22"/>
              </w:rPr>
              <w:t>în</w:t>
            </w:r>
            <w:proofErr w:type="spellEnd"/>
            <w:r w:rsidRPr="007C3371">
              <w:rPr>
                <w:rFonts w:asciiTheme="majorHAnsi" w:hAnsiTheme="majorHAnsi" w:cstheme="majorHAnsi"/>
                <w:b/>
                <w:sz w:val="22"/>
              </w:rPr>
              <w:t xml:space="preserve"> care e </w:t>
            </w:r>
            <w:proofErr w:type="spellStart"/>
            <w:r w:rsidRPr="007C3371">
              <w:rPr>
                <w:rFonts w:asciiTheme="majorHAnsi" w:hAnsiTheme="majorHAnsi" w:cstheme="majorHAnsi"/>
                <w:b/>
                <w:sz w:val="22"/>
              </w:rPr>
              <w:t>implicat</w:t>
            </w:r>
            <w:proofErr w:type="spellEnd"/>
          </w:p>
        </w:tc>
      </w:tr>
      <w:tr w:rsidR="00424C49" w:rsidRPr="007C3371" w14:paraId="7AF1B684" w14:textId="77777777" w:rsidTr="007C3371">
        <w:trPr>
          <w:cantSplit/>
          <w:jc w:val="center"/>
        </w:trPr>
        <w:tc>
          <w:tcPr>
            <w:tcW w:w="567" w:type="dxa"/>
          </w:tcPr>
          <w:p w14:paraId="66794CFF" w14:textId="77777777" w:rsidR="00424C49" w:rsidRPr="007C3371" w:rsidRDefault="0059002D">
            <w:pPr>
              <w:spacing w:before="20" w:after="20" w:line="259" w:lineRule="auto"/>
              <w:jc w:val="center"/>
              <w:rPr>
                <w:rFonts w:asciiTheme="majorHAnsi" w:hAnsiTheme="majorHAnsi" w:cstheme="majorHAnsi"/>
                <w:sz w:val="22"/>
              </w:rPr>
            </w:pPr>
            <w:r w:rsidRPr="007C3371">
              <w:rPr>
                <w:rFonts w:asciiTheme="majorHAnsi" w:hAnsiTheme="majorHAnsi" w:cstheme="majorHAnsi"/>
                <w:sz w:val="22"/>
              </w:rPr>
              <w:t>1</w:t>
            </w:r>
          </w:p>
        </w:tc>
        <w:tc>
          <w:tcPr>
            <w:tcW w:w="1814" w:type="dxa"/>
          </w:tcPr>
          <w:p w14:paraId="568BBB3C" w14:textId="77777777" w:rsidR="00424C49" w:rsidRPr="007C3371" w:rsidRDefault="00424C49">
            <w:pPr>
              <w:spacing w:before="20" w:after="20" w:line="259" w:lineRule="auto"/>
              <w:rPr>
                <w:rFonts w:asciiTheme="majorHAnsi" w:hAnsiTheme="majorHAnsi" w:cstheme="majorHAnsi"/>
                <w:sz w:val="22"/>
              </w:rPr>
            </w:pPr>
          </w:p>
        </w:tc>
        <w:tc>
          <w:tcPr>
            <w:tcW w:w="1871" w:type="dxa"/>
          </w:tcPr>
          <w:p w14:paraId="499ADC84" w14:textId="77777777" w:rsidR="00424C49" w:rsidRPr="007C3371" w:rsidRDefault="0059002D">
            <w:pPr>
              <w:spacing w:before="20" w:after="20" w:line="259" w:lineRule="auto"/>
              <w:rPr>
                <w:rFonts w:asciiTheme="majorHAnsi" w:hAnsiTheme="majorHAnsi" w:cstheme="majorHAnsi"/>
                <w:sz w:val="22"/>
              </w:rPr>
            </w:pPr>
            <w:proofErr w:type="spellStart"/>
            <w:r w:rsidRPr="007C3371">
              <w:rPr>
                <w:rFonts w:asciiTheme="majorHAnsi" w:hAnsiTheme="majorHAnsi" w:cstheme="majorHAnsi"/>
                <w:sz w:val="22"/>
              </w:rPr>
              <w:t>Coordonator</w:t>
            </w:r>
            <w:proofErr w:type="spellEnd"/>
            <w:r w:rsidRPr="007C3371">
              <w:rPr>
                <w:rFonts w:asciiTheme="majorHAnsi" w:hAnsiTheme="majorHAnsi" w:cstheme="majorHAnsi"/>
                <w:sz w:val="22"/>
              </w:rPr>
              <w:t xml:space="preserve"> </w:t>
            </w:r>
            <w:proofErr w:type="spellStart"/>
            <w:r w:rsidRPr="007C3371">
              <w:rPr>
                <w:rFonts w:asciiTheme="majorHAnsi" w:hAnsiTheme="majorHAnsi" w:cstheme="majorHAnsi"/>
                <w:sz w:val="22"/>
              </w:rPr>
              <w:t>proiect</w:t>
            </w:r>
            <w:proofErr w:type="spellEnd"/>
            <w:r w:rsidRPr="007C3371">
              <w:rPr>
                <w:rFonts w:asciiTheme="majorHAnsi" w:hAnsiTheme="majorHAnsi" w:cstheme="majorHAnsi"/>
                <w:sz w:val="22"/>
              </w:rPr>
              <w:t xml:space="preserve"> </w:t>
            </w:r>
            <w:proofErr w:type="spellStart"/>
            <w:r w:rsidRPr="007C3371">
              <w:rPr>
                <w:rFonts w:asciiTheme="majorHAnsi" w:hAnsiTheme="majorHAnsi" w:cstheme="majorHAnsi"/>
                <w:sz w:val="22"/>
              </w:rPr>
              <w:t>partener</w:t>
            </w:r>
            <w:proofErr w:type="spellEnd"/>
          </w:p>
        </w:tc>
        <w:tc>
          <w:tcPr>
            <w:tcW w:w="1984" w:type="dxa"/>
          </w:tcPr>
          <w:p w14:paraId="550A871F" w14:textId="77777777" w:rsidR="00424C49" w:rsidRPr="007C3371" w:rsidRDefault="00424C49">
            <w:pPr>
              <w:spacing w:before="20" w:after="20" w:line="259" w:lineRule="auto"/>
              <w:rPr>
                <w:rFonts w:asciiTheme="majorHAnsi" w:hAnsiTheme="majorHAnsi" w:cstheme="majorHAnsi"/>
                <w:sz w:val="22"/>
              </w:rPr>
            </w:pPr>
          </w:p>
        </w:tc>
        <w:tc>
          <w:tcPr>
            <w:tcW w:w="1417" w:type="dxa"/>
          </w:tcPr>
          <w:p w14:paraId="0FEEA1EE" w14:textId="77777777" w:rsidR="00424C49" w:rsidRPr="007C3371" w:rsidRDefault="00424C49">
            <w:pPr>
              <w:spacing w:before="20" w:after="20" w:line="259" w:lineRule="auto"/>
              <w:rPr>
                <w:rFonts w:asciiTheme="majorHAnsi" w:hAnsiTheme="majorHAnsi" w:cstheme="majorHAnsi"/>
                <w:sz w:val="22"/>
              </w:rPr>
            </w:pPr>
          </w:p>
        </w:tc>
        <w:tc>
          <w:tcPr>
            <w:tcW w:w="1984" w:type="dxa"/>
          </w:tcPr>
          <w:p w14:paraId="50C6EFFE" w14:textId="77777777" w:rsidR="00424C49" w:rsidRPr="007C3371" w:rsidRDefault="0059002D">
            <w:pPr>
              <w:spacing w:before="20" w:after="20" w:line="259" w:lineRule="auto"/>
              <w:rPr>
                <w:rFonts w:asciiTheme="majorHAnsi" w:hAnsiTheme="majorHAnsi" w:cstheme="majorHAnsi"/>
                <w:sz w:val="22"/>
              </w:rPr>
            </w:pPr>
            <w:r w:rsidRPr="007C3371">
              <w:rPr>
                <w:rFonts w:asciiTheme="majorHAnsi" w:hAnsiTheme="majorHAnsi" w:cstheme="majorHAnsi"/>
                <w:sz w:val="22"/>
              </w:rPr>
              <w:t>Management</w:t>
            </w:r>
          </w:p>
        </w:tc>
      </w:tr>
      <w:tr w:rsidR="00424C49" w:rsidRPr="007C3371" w14:paraId="0009B85E" w14:textId="77777777" w:rsidTr="007C3371">
        <w:trPr>
          <w:cantSplit/>
          <w:jc w:val="center"/>
        </w:trPr>
        <w:tc>
          <w:tcPr>
            <w:tcW w:w="567" w:type="dxa"/>
          </w:tcPr>
          <w:p w14:paraId="25F3DE97" w14:textId="77777777" w:rsidR="00424C49" w:rsidRPr="007C3371" w:rsidRDefault="0059002D">
            <w:pPr>
              <w:spacing w:before="20" w:after="20" w:line="259" w:lineRule="auto"/>
              <w:jc w:val="center"/>
              <w:rPr>
                <w:rFonts w:asciiTheme="majorHAnsi" w:hAnsiTheme="majorHAnsi" w:cstheme="majorHAnsi"/>
                <w:sz w:val="22"/>
              </w:rPr>
            </w:pPr>
            <w:r w:rsidRPr="007C3371">
              <w:rPr>
                <w:rFonts w:asciiTheme="majorHAnsi" w:hAnsiTheme="majorHAnsi" w:cstheme="majorHAnsi"/>
                <w:sz w:val="22"/>
              </w:rPr>
              <w:t>2</w:t>
            </w:r>
          </w:p>
        </w:tc>
        <w:tc>
          <w:tcPr>
            <w:tcW w:w="1814" w:type="dxa"/>
          </w:tcPr>
          <w:p w14:paraId="17AF0B6B" w14:textId="77777777" w:rsidR="00424C49" w:rsidRPr="007C3371" w:rsidRDefault="00424C49">
            <w:pPr>
              <w:spacing w:before="20" w:after="20" w:line="259" w:lineRule="auto"/>
              <w:rPr>
                <w:rFonts w:asciiTheme="majorHAnsi" w:hAnsiTheme="majorHAnsi" w:cstheme="majorHAnsi"/>
                <w:sz w:val="22"/>
              </w:rPr>
            </w:pPr>
          </w:p>
        </w:tc>
        <w:tc>
          <w:tcPr>
            <w:tcW w:w="1871" w:type="dxa"/>
          </w:tcPr>
          <w:p w14:paraId="3155C311" w14:textId="77777777" w:rsidR="00424C49" w:rsidRPr="007C3371" w:rsidRDefault="0059002D">
            <w:pPr>
              <w:spacing w:before="20" w:after="20" w:line="259" w:lineRule="auto"/>
              <w:rPr>
                <w:rFonts w:asciiTheme="majorHAnsi" w:hAnsiTheme="majorHAnsi" w:cstheme="majorHAnsi"/>
                <w:sz w:val="22"/>
              </w:rPr>
            </w:pPr>
            <w:r w:rsidRPr="007C3371">
              <w:rPr>
                <w:rFonts w:asciiTheme="majorHAnsi" w:hAnsiTheme="majorHAnsi" w:cstheme="majorHAnsi"/>
                <w:sz w:val="22"/>
              </w:rPr>
              <w:t>Expert [_____]</w:t>
            </w:r>
          </w:p>
        </w:tc>
        <w:tc>
          <w:tcPr>
            <w:tcW w:w="1984" w:type="dxa"/>
          </w:tcPr>
          <w:p w14:paraId="422929AF" w14:textId="77777777" w:rsidR="00424C49" w:rsidRPr="007C3371" w:rsidRDefault="00424C49">
            <w:pPr>
              <w:spacing w:before="20" w:after="20" w:line="259" w:lineRule="auto"/>
              <w:rPr>
                <w:rFonts w:asciiTheme="majorHAnsi" w:hAnsiTheme="majorHAnsi" w:cstheme="majorHAnsi"/>
                <w:sz w:val="22"/>
              </w:rPr>
            </w:pPr>
          </w:p>
        </w:tc>
        <w:tc>
          <w:tcPr>
            <w:tcW w:w="1417" w:type="dxa"/>
          </w:tcPr>
          <w:p w14:paraId="4030F57E" w14:textId="77777777" w:rsidR="00424C49" w:rsidRPr="007C3371" w:rsidRDefault="00424C49">
            <w:pPr>
              <w:spacing w:before="20" w:after="20" w:line="259" w:lineRule="auto"/>
              <w:rPr>
                <w:rFonts w:asciiTheme="majorHAnsi" w:hAnsiTheme="majorHAnsi" w:cstheme="majorHAnsi"/>
                <w:sz w:val="22"/>
              </w:rPr>
            </w:pPr>
          </w:p>
        </w:tc>
        <w:tc>
          <w:tcPr>
            <w:tcW w:w="1984" w:type="dxa"/>
          </w:tcPr>
          <w:p w14:paraId="3146B139" w14:textId="77777777" w:rsidR="00424C49" w:rsidRPr="007C3371" w:rsidRDefault="00424C49">
            <w:pPr>
              <w:spacing w:before="20" w:after="20" w:line="259" w:lineRule="auto"/>
              <w:rPr>
                <w:rFonts w:asciiTheme="majorHAnsi" w:hAnsiTheme="majorHAnsi" w:cstheme="majorHAnsi"/>
                <w:sz w:val="22"/>
              </w:rPr>
            </w:pPr>
          </w:p>
        </w:tc>
      </w:tr>
      <w:tr w:rsidR="00424C49" w:rsidRPr="007C3371" w14:paraId="0525B324" w14:textId="77777777" w:rsidTr="007C3371">
        <w:trPr>
          <w:cantSplit/>
          <w:jc w:val="center"/>
        </w:trPr>
        <w:tc>
          <w:tcPr>
            <w:tcW w:w="567" w:type="dxa"/>
          </w:tcPr>
          <w:p w14:paraId="0FF2ADC4" w14:textId="77777777" w:rsidR="00424C49" w:rsidRPr="007C3371" w:rsidRDefault="0059002D">
            <w:pPr>
              <w:spacing w:before="20" w:after="20" w:line="259" w:lineRule="auto"/>
              <w:jc w:val="center"/>
              <w:rPr>
                <w:rFonts w:asciiTheme="majorHAnsi" w:hAnsiTheme="majorHAnsi" w:cstheme="majorHAnsi"/>
                <w:sz w:val="22"/>
              </w:rPr>
            </w:pPr>
            <w:r w:rsidRPr="007C3371">
              <w:rPr>
                <w:rFonts w:asciiTheme="majorHAnsi" w:hAnsiTheme="majorHAnsi" w:cstheme="majorHAnsi"/>
                <w:sz w:val="22"/>
              </w:rPr>
              <w:t>3</w:t>
            </w:r>
          </w:p>
        </w:tc>
        <w:tc>
          <w:tcPr>
            <w:tcW w:w="1814" w:type="dxa"/>
          </w:tcPr>
          <w:p w14:paraId="6C00F3D8" w14:textId="77777777" w:rsidR="00424C49" w:rsidRPr="007C3371" w:rsidRDefault="00424C49">
            <w:pPr>
              <w:spacing w:before="20" w:after="20" w:line="259" w:lineRule="auto"/>
              <w:rPr>
                <w:rFonts w:asciiTheme="majorHAnsi" w:hAnsiTheme="majorHAnsi" w:cstheme="majorHAnsi"/>
                <w:sz w:val="22"/>
              </w:rPr>
            </w:pPr>
          </w:p>
        </w:tc>
        <w:tc>
          <w:tcPr>
            <w:tcW w:w="1871" w:type="dxa"/>
          </w:tcPr>
          <w:p w14:paraId="7B97A370" w14:textId="77777777" w:rsidR="00424C49" w:rsidRPr="007C3371" w:rsidRDefault="0059002D">
            <w:pPr>
              <w:spacing w:before="20" w:after="20" w:line="259" w:lineRule="auto"/>
              <w:rPr>
                <w:rFonts w:asciiTheme="majorHAnsi" w:hAnsiTheme="majorHAnsi" w:cstheme="majorHAnsi"/>
                <w:sz w:val="22"/>
              </w:rPr>
            </w:pPr>
            <w:r w:rsidRPr="007C3371">
              <w:rPr>
                <w:rFonts w:asciiTheme="majorHAnsi" w:hAnsiTheme="majorHAnsi" w:cstheme="majorHAnsi"/>
                <w:sz w:val="22"/>
              </w:rPr>
              <w:t>Expert [_____]</w:t>
            </w:r>
          </w:p>
        </w:tc>
        <w:tc>
          <w:tcPr>
            <w:tcW w:w="1984" w:type="dxa"/>
          </w:tcPr>
          <w:p w14:paraId="03660524" w14:textId="77777777" w:rsidR="00424C49" w:rsidRPr="007C3371" w:rsidRDefault="00424C49">
            <w:pPr>
              <w:spacing w:before="20" w:after="20" w:line="259" w:lineRule="auto"/>
              <w:rPr>
                <w:rFonts w:asciiTheme="majorHAnsi" w:hAnsiTheme="majorHAnsi" w:cstheme="majorHAnsi"/>
                <w:sz w:val="22"/>
              </w:rPr>
            </w:pPr>
          </w:p>
        </w:tc>
        <w:tc>
          <w:tcPr>
            <w:tcW w:w="1417" w:type="dxa"/>
          </w:tcPr>
          <w:p w14:paraId="7BDFD685" w14:textId="77777777" w:rsidR="00424C49" w:rsidRPr="007C3371" w:rsidRDefault="00424C49">
            <w:pPr>
              <w:spacing w:before="20" w:after="20" w:line="259" w:lineRule="auto"/>
              <w:rPr>
                <w:rFonts w:asciiTheme="majorHAnsi" w:hAnsiTheme="majorHAnsi" w:cstheme="majorHAnsi"/>
                <w:sz w:val="22"/>
              </w:rPr>
            </w:pPr>
          </w:p>
        </w:tc>
        <w:tc>
          <w:tcPr>
            <w:tcW w:w="1984" w:type="dxa"/>
          </w:tcPr>
          <w:p w14:paraId="55359F1B" w14:textId="77777777" w:rsidR="00424C49" w:rsidRPr="007C3371" w:rsidRDefault="00424C49">
            <w:pPr>
              <w:spacing w:before="20" w:after="20" w:line="259" w:lineRule="auto"/>
              <w:rPr>
                <w:rFonts w:asciiTheme="majorHAnsi" w:hAnsiTheme="majorHAnsi" w:cstheme="majorHAnsi"/>
                <w:sz w:val="22"/>
              </w:rPr>
            </w:pPr>
          </w:p>
        </w:tc>
      </w:tr>
      <w:tr w:rsidR="00424C49" w:rsidRPr="007C3371" w14:paraId="48EB3826" w14:textId="77777777" w:rsidTr="007C3371">
        <w:trPr>
          <w:cantSplit/>
          <w:jc w:val="center"/>
        </w:trPr>
        <w:tc>
          <w:tcPr>
            <w:tcW w:w="567" w:type="dxa"/>
          </w:tcPr>
          <w:p w14:paraId="125627E0" w14:textId="77777777" w:rsidR="00424C49" w:rsidRPr="007C3371" w:rsidRDefault="0059002D">
            <w:pPr>
              <w:spacing w:before="20" w:after="20" w:line="259" w:lineRule="auto"/>
              <w:jc w:val="center"/>
              <w:rPr>
                <w:rFonts w:asciiTheme="majorHAnsi" w:hAnsiTheme="majorHAnsi" w:cstheme="majorHAnsi"/>
                <w:sz w:val="22"/>
              </w:rPr>
            </w:pPr>
            <w:r w:rsidRPr="007C3371">
              <w:rPr>
                <w:rFonts w:asciiTheme="majorHAnsi" w:hAnsiTheme="majorHAnsi" w:cstheme="majorHAnsi"/>
                <w:sz w:val="22"/>
              </w:rPr>
              <w:t>4</w:t>
            </w:r>
          </w:p>
        </w:tc>
        <w:tc>
          <w:tcPr>
            <w:tcW w:w="1814" w:type="dxa"/>
          </w:tcPr>
          <w:p w14:paraId="0E446DE8" w14:textId="77777777" w:rsidR="00424C49" w:rsidRPr="007C3371" w:rsidRDefault="00424C49">
            <w:pPr>
              <w:spacing w:before="20" w:after="20" w:line="259" w:lineRule="auto"/>
              <w:rPr>
                <w:rFonts w:asciiTheme="majorHAnsi" w:hAnsiTheme="majorHAnsi" w:cstheme="majorHAnsi"/>
                <w:sz w:val="22"/>
              </w:rPr>
            </w:pPr>
          </w:p>
        </w:tc>
        <w:tc>
          <w:tcPr>
            <w:tcW w:w="1871" w:type="dxa"/>
          </w:tcPr>
          <w:p w14:paraId="7239133A" w14:textId="77777777" w:rsidR="00424C49" w:rsidRPr="007C3371" w:rsidRDefault="00424C49">
            <w:pPr>
              <w:spacing w:before="20" w:after="20" w:line="259" w:lineRule="auto"/>
              <w:rPr>
                <w:rFonts w:asciiTheme="majorHAnsi" w:hAnsiTheme="majorHAnsi" w:cstheme="majorHAnsi"/>
                <w:sz w:val="22"/>
              </w:rPr>
            </w:pPr>
          </w:p>
        </w:tc>
        <w:tc>
          <w:tcPr>
            <w:tcW w:w="1984" w:type="dxa"/>
          </w:tcPr>
          <w:p w14:paraId="12A38FE2" w14:textId="77777777" w:rsidR="00424C49" w:rsidRPr="007C3371" w:rsidRDefault="00424C49">
            <w:pPr>
              <w:spacing w:before="20" w:after="20" w:line="259" w:lineRule="auto"/>
              <w:rPr>
                <w:rFonts w:asciiTheme="majorHAnsi" w:hAnsiTheme="majorHAnsi" w:cstheme="majorHAnsi"/>
                <w:sz w:val="22"/>
              </w:rPr>
            </w:pPr>
          </w:p>
        </w:tc>
        <w:tc>
          <w:tcPr>
            <w:tcW w:w="1417" w:type="dxa"/>
          </w:tcPr>
          <w:p w14:paraId="27D395AA" w14:textId="77777777" w:rsidR="00424C49" w:rsidRPr="007C3371" w:rsidRDefault="00424C49">
            <w:pPr>
              <w:spacing w:before="20" w:after="20" w:line="259" w:lineRule="auto"/>
              <w:rPr>
                <w:rFonts w:asciiTheme="majorHAnsi" w:hAnsiTheme="majorHAnsi" w:cstheme="majorHAnsi"/>
                <w:sz w:val="22"/>
              </w:rPr>
            </w:pPr>
          </w:p>
        </w:tc>
        <w:tc>
          <w:tcPr>
            <w:tcW w:w="1984" w:type="dxa"/>
          </w:tcPr>
          <w:p w14:paraId="7B2155F3" w14:textId="77777777" w:rsidR="00424C49" w:rsidRPr="007C3371" w:rsidRDefault="00424C49">
            <w:pPr>
              <w:spacing w:before="20" w:after="20" w:line="259" w:lineRule="auto"/>
              <w:rPr>
                <w:rFonts w:asciiTheme="majorHAnsi" w:hAnsiTheme="majorHAnsi" w:cstheme="majorHAnsi"/>
                <w:sz w:val="22"/>
              </w:rPr>
            </w:pPr>
          </w:p>
        </w:tc>
      </w:tr>
      <w:tr w:rsidR="00424C49" w:rsidRPr="007C3371" w14:paraId="2BD4FBBE" w14:textId="77777777" w:rsidTr="007C3371">
        <w:trPr>
          <w:cantSplit/>
          <w:jc w:val="center"/>
        </w:trPr>
        <w:tc>
          <w:tcPr>
            <w:tcW w:w="567" w:type="dxa"/>
          </w:tcPr>
          <w:p w14:paraId="02D5E0CD" w14:textId="77777777" w:rsidR="00424C49" w:rsidRPr="007C3371" w:rsidRDefault="0059002D">
            <w:pPr>
              <w:spacing w:before="20" w:after="20" w:line="259" w:lineRule="auto"/>
              <w:jc w:val="center"/>
              <w:rPr>
                <w:rFonts w:asciiTheme="majorHAnsi" w:hAnsiTheme="majorHAnsi" w:cstheme="majorHAnsi"/>
                <w:sz w:val="22"/>
              </w:rPr>
            </w:pPr>
            <w:r w:rsidRPr="007C3371">
              <w:rPr>
                <w:rFonts w:asciiTheme="majorHAnsi" w:hAnsiTheme="majorHAnsi" w:cstheme="majorHAnsi"/>
                <w:sz w:val="22"/>
              </w:rPr>
              <w:t>5</w:t>
            </w:r>
          </w:p>
        </w:tc>
        <w:tc>
          <w:tcPr>
            <w:tcW w:w="1814" w:type="dxa"/>
          </w:tcPr>
          <w:p w14:paraId="621DC787" w14:textId="77777777" w:rsidR="00424C49" w:rsidRPr="007C3371" w:rsidRDefault="00424C49">
            <w:pPr>
              <w:spacing w:before="20" w:after="20" w:line="259" w:lineRule="auto"/>
              <w:rPr>
                <w:rFonts w:asciiTheme="majorHAnsi" w:hAnsiTheme="majorHAnsi" w:cstheme="majorHAnsi"/>
                <w:sz w:val="22"/>
              </w:rPr>
            </w:pPr>
          </w:p>
        </w:tc>
        <w:tc>
          <w:tcPr>
            <w:tcW w:w="1871" w:type="dxa"/>
          </w:tcPr>
          <w:p w14:paraId="2B7C6295" w14:textId="77777777" w:rsidR="00424C49" w:rsidRPr="007C3371" w:rsidRDefault="00424C49">
            <w:pPr>
              <w:spacing w:before="20" w:after="20" w:line="259" w:lineRule="auto"/>
              <w:rPr>
                <w:rFonts w:asciiTheme="majorHAnsi" w:hAnsiTheme="majorHAnsi" w:cstheme="majorHAnsi"/>
                <w:sz w:val="22"/>
              </w:rPr>
            </w:pPr>
          </w:p>
        </w:tc>
        <w:tc>
          <w:tcPr>
            <w:tcW w:w="1984" w:type="dxa"/>
          </w:tcPr>
          <w:p w14:paraId="5DDEC51F" w14:textId="77777777" w:rsidR="00424C49" w:rsidRPr="007C3371" w:rsidRDefault="00424C49">
            <w:pPr>
              <w:spacing w:before="20" w:after="20" w:line="259" w:lineRule="auto"/>
              <w:rPr>
                <w:rFonts w:asciiTheme="majorHAnsi" w:hAnsiTheme="majorHAnsi" w:cstheme="majorHAnsi"/>
                <w:sz w:val="22"/>
              </w:rPr>
            </w:pPr>
          </w:p>
        </w:tc>
        <w:tc>
          <w:tcPr>
            <w:tcW w:w="1417" w:type="dxa"/>
          </w:tcPr>
          <w:p w14:paraId="463D0BAE" w14:textId="77777777" w:rsidR="00424C49" w:rsidRPr="007C3371" w:rsidRDefault="00424C49">
            <w:pPr>
              <w:spacing w:before="20" w:after="20" w:line="259" w:lineRule="auto"/>
              <w:rPr>
                <w:rFonts w:asciiTheme="majorHAnsi" w:hAnsiTheme="majorHAnsi" w:cstheme="majorHAnsi"/>
                <w:sz w:val="22"/>
              </w:rPr>
            </w:pPr>
          </w:p>
        </w:tc>
        <w:tc>
          <w:tcPr>
            <w:tcW w:w="1984" w:type="dxa"/>
          </w:tcPr>
          <w:p w14:paraId="2EF5EEC0" w14:textId="77777777" w:rsidR="00424C49" w:rsidRPr="007C3371" w:rsidRDefault="00424C49">
            <w:pPr>
              <w:spacing w:before="20" w:after="20" w:line="259" w:lineRule="auto"/>
              <w:rPr>
                <w:rFonts w:asciiTheme="majorHAnsi" w:hAnsiTheme="majorHAnsi" w:cstheme="majorHAnsi"/>
                <w:sz w:val="22"/>
              </w:rPr>
            </w:pPr>
          </w:p>
        </w:tc>
      </w:tr>
    </w:tbl>
    <w:p w14:paraId="24CA6026" w14:textId="77777777" w:rsidR="00424C49" w:rsidRPr="007C3371" w:rsidRDefault="00424C49">
      <w:pPr>
        <w:spacing w:after="80" w:line="259" w:lineRule="auto"/>
        <w:jc w:val="both"/>
        <w:rPr>
          <w:rFonts w:asciiTheme="majorHAnsi" w:hAnsiTheme="majorHAnsi" w:cstheme="majorHAnsi"/>
          <w:sz w:val="22"/>
        </w:rPr>
      </w:pPr>
    </w:p>
    <w:p w14:paraId="02D74728" w14:textId="77777777" w:rsidR="00424C49" w:rsidRPr="007C3371" w:rsidRDefault="0059002D">
      <w:pPr>
        <w:spacing w:after="120" w:line="259" w:lineRule="auto"/>
        <w:jc w:val="both"/>
        <w:rPr>
          <w:rFonts w:asciiTheme="majorHAnsi" w:hAnsiTheme="majorHAnsi" w:cstheme="majorHAnsi"/>
          <w:sz w:val="22"/>
        </w:rPr>
      </w:pPr>
      <w:proofErr w:type="spellStart"/>
      <w:r w:rsidRPr="007C3371">
        <w:rPr>
          <w:rFonts w:asciiTheme="majorHAnsi" w:hAnsiTheme="majorHAnsi" w:cstheme="majorHAnsi"/>
          <w:sz w:val="22"/>
        </w:rPr>
        <w:t>Număr</w:t>
      </w:r>
      <w:proofErr w:type="spellEnd"/>
      <w:r w:rsidRPr="007C3371">
        <w:rPr>
          <w:rFonts w:asciiTheme="majorHAnsi" w:hAnsiTheme="majorHAnsi" w:cstheme="majorHAnsi"/>
          <w:sz w:val="22"/>
        </w:rPr>
        <w:t xml:space="preserve"> total de </w:t>
      </w:r>
      <w:proofErr w:type="spellStart"/>
      <w:r w:rsidRPr="007C3371">
        <w:rPr>
          <w:rFonts w:asciiTheme="majorHAnsi" w:hAnsiTheme="majorHAnsi" w:cstheme="majorHAnsi"/>
          <w:sz w:val="22"/>
        </w:rPr>
        <w:t>angajați</w:t>
      </w:r>
      <w:proofErr w:type="spellEnd"/>
      <w:r w:rsidRPr="007C3371">
        <w:rPr>
          <w:rFonts w:asciiTheme="majorHAnsi" w:hAnsiTheme="majorHAnsi" w:cstheme="majorHAnsi"/>
          <w:sz w:val="22"/>
        </w:rPr>
        <w:t xml:space="preserve"> la data </w:t>
      </w:r>
      <w:proofErr w:type="spellStart"/>
      <w:r w:rsidRPr="007C3371">
        <w:rPr>
          <w:rFonts w:asciiTheme="majorHAnsi" w:hAnsiTheme="majorHAnsi" w:cstheme="majorHAnsi"/>
          <w:sz w:val="22"/>
        </w:rPr>
        <w:t>depunerii</w:t>
      </w:r>
      <w:proofErr w:type="spellEnd"/>
      <w:r w:rsidRPr="007C3371">
        <w:rPr>
          <w:rFonts w:asciiTheme="majorHAnsi" w:hAnsiTheme="majorHAnsi" w:cstheme="majorHAnsi"/>
          <w:sz w:val="22"/>
        </w:rPr>
        <w:t xml:space="preserve">: [___], din care personal relevant </w:t>
      </w:r>
      <w:proofErr w:type="spellStart"/>
      <w:r w:rsidRPr="007C3371">
        <w:rPr>
          <w:rFonts w:asciiTheme="majorHAnsi" w:hAnsiTheme="majorHAnsi" w:cstheme="majorHAnsi"/>
          <w:sz w:val="22"/>
        </w:rPr>
        <w:t>pentru</w:t>
      </w:r>
      <w:proofErr w:type="spellEnd"/>
      <w:r w:rsidRPr="007C3371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7C3371">
        <w:rPr>
          <w:rFonts w:asciiTheme="majorHAnsi" w:hAnsiTheme="majorHAnsi" w:cstheme="majorHAnsi"/>
          <w:sz w:val="22"/>
        </w:rPr>
        <w:t>activitățile</w:t>
      </w:r>
      <w:proofErr w:type="spellEnd"/>
      <w:r w:rsidRPr="007C3371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7C3371">
        <w:rPr>
          <w:rFonts w:asciiTheme="majorHAnsi" w:hAnsiTheme="majorHAnsi" w:cstheme="majorHAnsi"/>
          <w:sz w:val="22"/>
        </w:rPr>
        <w:t>asumate</w:t>
      </w:r>
      <w:proofErr w:type="spellEnd"/>
      <w:r w:rsidRPr="007C3371">
        <w:rPr>
          <w:rFonts w:asciiTheme="majorHAnsi" w:hAnsiTheme="majorHAnsi" w:cstheme="majorHAnsi"/>
          <w:sz w:val="22"/>
        </w:rPr>
        <w:t>: [___].</w:t>
      </w:r>
    </w:p>
    <w:p w14:paraId="17D18999" w14:textId="77777777" w:rsidR="00424C49" w:rsidRPr="007C3371" w:rsidRDefault="0059002D">
      <w:pPr>
        <w:keepNext/>
        <w:spacing w:before="160" w:after="80" w:line="259" w:lineRule="auto"/>
        <w:rPr>
          <w:rFonts w:asciiTheme="majorHAnsi" w:hAnsiTheme="majorHAnsi" w:cstheme="majorHAnsi"/>
          <w:sz w:val="22"/>
          <w:lang w:val="pt-BR"/>
        </w:rPr>
      </w:pPr>
      <w:r w:rsidRPr="007C3371">
        <w:rPr>
          <w:rFonts w:asciiTheme="majorHAnsi" w:hAnsiTheme="majorHAnsi" w:cstheme="majorHAnsi"/>
          <w:b/>
          <w:sz w:val="22"/>
          <w:lang w:val="pt-BR"/>
        </w:rPr>
        <w:t>E. RESURSE MATERIALE PUSE LA DISPOZIȚIA PROIECTULUI</w:t>
      </w:r>
    </w:p>
    <w:tbl>
      <w:tblPr>
        <w:tblStyle w:val="TableGrid"/>
        <w:tblW w:w="9638" w:type="dxa"/>
        <w:jc w:val="center"/>
        <w:tblLayout w:type="fixed"/>
        <w:tblLook w:val="04A0" w:firstRow="1" w:lastRow="0" w:firstColumn="1" w:lastColumn="0" w:noHBand="0" w:noVBand="1"/>
      </w:tblPr>
      <w:tblGrid>
        <w:gridCol w:w="566"/>
        <w:gridCol w:w="3969"/>
        <w:gridCol w:w="2268"/>
        <w:gridCol w:w="2835"/>
      </w:tblGrid>
      <w:tr w:rsidR="00424C49" w:rsidRPr="007C3371" w14:paraId="33163E63" w14:textId="77777777" w:rsidTr="00DB78F8">
        <w:trPr>
          <w:cantSplit/>
          <w:tblHeader/>
          <w:jc w:val="center"/>
        </w:trPr>
        <w:tc>
          <w:tcPr>
            <w:tcW w:w="567" w:type="dxa"/>
          </w:tcPr>
          <w:p w14:paraId="5C9871AC" w14:textId="77777777" w:rsidR="00424C49" w:rsidRPr="007C3371" w:rsidRDefault="0059002D">
            <w:pPr>
              <w:spacing w:before="20" w:after="20" w:line="259" w:lineRule="auto"/>
              <w:jc w:val="center"/>
              <w:rPr>
                <w:rFonts w:asciiTheme="majorHAnsi" w:hAnsiTheme="majorHAnsi" w:cstheme="majorHAnsi"/>
                <w:sz w:val="22"/>
              </w:rPr>
            </w:pPr>
            <w:proofErr w:type="spellStart"/>
            <w:r w:rsidRPr="007C3371">
              <w:rPr>
                <w:rFonts w:asciiTheme="majorHAnsi" w:hAnsiTheme="majorHAnsi" w:cstheme="majorHAnsi"/>
                <w:b/>
                <w:sz w:val="22"/>
              </w:rPr>
              <w:t>Nr</w:t>
            </w:r>
            <w:proofErr w:type="spellEnd"/>
            <w:r w:rsidRPr="007C3371">
              <w:rPr>
                <w:rFonts w:asciiTheme="majorHAnsi" w:hAnsiTheme="majorHAnsi" w:cstheme="majorHAnsi"/>
                <w:b/>
                <w:sz w:val="22"/>
              </w:rPr>
              <w:t>.</w:t>
            </w:r>
          </w:p>
        </w:tc>
        <w:tc>
          <w:tcPr>
            <w:tcW w:w="3969" w:type="dxa"/>
          </w:tcPr>
          <w:p w14:paraId="5F4DC214" w14:textId="77777777" w:rsidR="00424C49" w:rsidRPr="007C3371" w:rsidRDefault="0059002D">
            <w:pPr>
              <w:spacing w:before="20" w:after="20" w:line="259" w:lineRule="auto"/>
              <w:jc w:val="center"/>
              <w:rPr>
                <w:rFonts w:asciiTheme="majorHAnsi" w:hAnsiTheme="majorHAnsi" w:cstheme="majorHAnsi"/>
                <w:sz w:val="22"/>
              </w:rPr>
            </w:pPr>
            <w:proofErr w:type="spellStart"/>
            <w:r w:rsidRPr="007C3371">
              <w:rPr>
                <w:rFonts w:asciiTheme="majorHAnsi" w:hAnsiTheme="majorHAnsi" w:cstheme="majorHAnsi"/>
                <w:b/>
                <w:sz w:val="22"/>
              </w:rPr>
              <w:t>Resursa</w:t>
            </w:r>
            <w:proofErr w:type="spellEnd"/>
            <w:r w:rsidRPr="007C3371">
              <w:rPr>
                <w:rFonts w:asciiTheme="majorHAnsi" w:hAnsiTheme="majorHAnsi" w:cstheme="majorHAnsi"/>
                <w:b/>
                <w:sz w:val="22"/>
              </w:rPr>
              <w:t xml:space="preserve"> (</w:t>
            </w:r>
            <w:proofErr w:type="spellStart"/>
            <w:r w:rsidRPr="007C3371">
              <w:rPr>
                <w:rFonts w:asciiTheme="majorHAnsi" w:hAnsiTheme="majorHAnsi" w:cstheme="majorHAnsi"/>
                <w:b/>
                <w:sz w:val="22"/>
              </w:rPr>
              <w:t>spații</w:t>
            </w:r>
            <w:proofErr w:type="spellEnd"/>
            <w:r w:rsidRPr="007C3371">
              <w:rPr>
                <w:rFonts w:asciiTheme="majorHAnsi" w:hAnsiTheme="majorHAnsi" w:cstheme="majorHAnsi"/>
                <w:b/>
                <w:sz w:val="22"/>
              </w:rPr>
              <w:t xml:space="preserve">, </w:t>
            </w:r>
            <w:proofErr w:type="spellStart"/>
            <w:r w:rsidRPr="007C3371">
              <w:rPr>
                <w:rFonts w:asciiTheme="majorHAnsi" w:hAnsiTheme="majorHAnsi" w:cstheme="majorHAnsi"/>
                <w:b/>
                <w:sz w:val="22"/>
              </w:rPr>
              <w:t>echipamente</w:t>
            </w:r>
            <w:proofErr w:type="spellEnd"/>
            <w:r w:rsidRPr="007C3371">
              <w:rPr>
                <w:rFonts w:asciiTheme="majorHAnsi" w:hAnsiTheme="majorHAnsi" w:cstheme="majorHAnsi"/>
                <w:b/>
                <w:sz w:val="22"/>
              </w:rPr>
              <w:t xml:space="preserve">, </w:t>
            </w:r>
            <w:proofErr w:type="spellStart"/>
            <w:r w:rsidRPr="007C3371">
              <w:rPr>
                <w:rFonts w:asciiTheme="majorHAnsi" w:hAnsiTheme="majorHAnsi" w:cstheme="majorHAnsi"/>
                <w:b/>
                <w:sz w:val="22"/>
              </w:rPr>
              <w:t>laboratoare</w:t>
            </w:r>
            <w:proofErr w:type="spellEnd"/>
            <w:r w:rsidRPr="007C3371">
              <w:rPr>
                <w:rFonts w:asciiTheme="majorHAnsi" w:hAnsiTheme="majorHAnsi" w:cstheme="majorHAnsi"/>
                <w:b/>
                <w:sz w:val="22"/>
              </w:rPr>
              <w:t>/</w:t>
            </w:r>
            <w:proofErr w:type="spellStart"/>
            <w:r w:rsidRPr="007C3371">
              <w:rPr>
                <w:rFonts w:asciiTheme="majorHAnsi" w:hAnsiTheme="majorHAnsi" w:cstheme="majorHAnsi"/>
                <w:b/>
                <w:sz w:val="22"/>
              </w:rPr>
              <w:t>ateliere</w:t>
            </w:r>
            <w:proofErr w:type="spellEnd"/>
            <w:r w:rsidRPr="007C3371">
              <w:rPr>
                <w:rFonts w:asciiTheme="majorHAnsi" w:hAnsiTheme="majorHAnsi" w:cstheme="majorHAnsi"/>
                <w:b/>
                <w:sz w:val="22"/>
              </w:rPr>
              <w:t xml:space="preserve">, </w:t>
            </w:r>
            <w:proofErr w:type="spellStart"/>
            <w:r w:rsidRPr="007C3371">
              <w:rPr>
                <w:rFonts w:asciiTheme="majorHAnsi" w:hAnsiTheme="majorHAnsi" w:cstheme="majorHAnsi"/>
                <w:b/>
                <w:sz w:val="22"/>
              </w:rPr>
              <w:t>platforme</w:t>
            </w:r>
            <w:proofErr w:type="spellEnd"/>
            <w:r w:rsidRPr="007C3371">
              <w:rPr>
                <w:rFonts w:asciiTheme="majorHAnsi" w:hAnsiTheme="majorHAnsi" w:cstheme="majorHAnsi"/>
                <w:b/>
                <w:sz w:val="22"/>
              </w:rPr>
              <w:t xml:space="preserve">/software, </w:t>
            </w:r>
            <w:proofErr w:type="spellStart"/>
            <w:r w:rsidRPr="007C3371">
              <w:rPr>
                <w:rFonts w:asciiTheme="majorHAnsi" w:hAnsiTheme="majorHAnsi" w:cstheme="majorHAnsi"/>
                <w:b/>
                <w:sz w:val="22"/>
              </w:rPr>
              <w:t>materiale</w:t>
            </w:r>
            <w:proofErr w:type="spellEnd"/>
            <w:r w:rsidRPr="007C3371">
              <w:rPr>
                <w:rFonts w:asciiTheme="majorHAnsi" w:hAnsiTheme="majorHAnsi" w:cstheme="majorHAnsi"/>
                <w:b/>
                <w:sz w:val="22"/>
              </w:rPr>
              <w:t xml:space="preserve"> </w:t>
            </w:r>
            <w:proofErr w:type="spellStart"/>
            <w:r w:rsidRPr="007C3371">
              <w:rPr>
                <w:rFonts w:asciiTheme="majorHAnsi" w:hAnsiTheme="majorHAnsi" w:cstheme="majorHAnsi"/>
                <w:b/>
                <w:sz w:val="22"/>
              </w:rPr>
              <w:t>didactice</w:t>
            </w:r>
            <w:proofErr w:type="spellEnd"/>
            <w:r w:rsidRPr="007C3371">
              <w:rPr>
                <w:rFonts w:asciiTheme="majorHAnsi" w:hAnsiTheme="majorHAnsi" w:cstheme="majorHAnsi"/>
                <w:b/>
                <w:sz w:val="22"/>
              </w:rPr>
              <w:t>)</w:t>
            </w:r>
          </w:p>
        </w:tc>
        <w:tc>
          <w:tcPr>
            <w:tcW w:w="2268" w:type="dxa"/>
          </w:tcPr>
          <w:p w14:paraId="451B5700" w14:textId="77777777" w:rsidR="00424C49" w:rsidRPr="007C3371" w:rsidRDefault="0059002D">
            <w:pPr>
              <w:spacing w:before="20" w:after="20" w:line="259" w:lineRule="auto"/>
              <w:jc w:val="center"/>
              <w:rPr>
                <w:rFonts w:asciiTheme="majorHAnsi" w:hAnsiTheme="majorHAnsi" w:cstheme="majorHAnsi"/>
                <w:sz w:val="22"/>
              </w:rPr>
            </w:pPr>
            <w:proofErr w:type="spellStart"/>
            <w:r w:rsidRPr="007C3371">
              <w:rPr>
                <w:rFonts w:asciiTheme="majorHAnsi" w:hAnsiTheme="majorHAnsi" w:cstheme="majorHAnsi"/>
                <w:b/>
                <w:sz w:val="22"/>
              </w:rPr>
              <w:t>Cantitate</w:t>
            </w:r>
            <w:proofErr w:type="spellEnd"/>
            <w:r w:rsidRPr="007C3371">
              <w:rPr>
                <w:rFonts w:asciiTheme="majorHAnsi" w:hAnsiTheme="majorHAnsi" w:cstheme="majorHAnsi"/>
                <w:b/>
                <w:sz w:val="22"/>
              </w:rPr>
              <w:t xml:space="preserve"> / </w:t>
            </w:r>
            <w:proofErr w:type="spellStart"/>
            <w:r w:rsidRPr="007C3371">
              <w:rPr>
                <w:rFonts w:asciiTheme="majorHAnsi" w:hAnsiTheme="majorHAnsi" w:cstheme="majorHAnsi"/>
                <w:b/>
                <w:sz w:val="22"/>
              </w:rPr>
              <w:t>caracteristici</w:t>
            </w:r>
            <w:proofErr w:type="spellEnd"/>
          </w:p>
        </w:tc>
        <w:tc>
          <w:tcPr>
            <w:tcW w:w="2835" w:type="dxa"/>
          </w:tcPr>
          <w:p w14:paraId="44E57DC1" w14:textId="77777777" w:rsidR="00424C49" w:rsidRPr="007C3371" w:rsidRDefault="0059002D">
            <w:pPr>
              <w:spacing w:before="20" w:after="20" w:line="259" w:lineRule="auto"/>
              <w:jc w:val="center"/>
              <w:rPr>
                <w:rFonts w:asciiTheme="majorHAnsi" w:hAnsiTheme="majorHAnsi" w:cstheme="majorHAnsi"/>
                <w:sz w:val="22"/>
              </w:rPr>
            </w:pPr>
            <w:proofErr w:type="spellStart"/>
            <w:r w:rsidRPr="007C3371">
              <w:rPr>
                <w:rFonts w:asciiTheme="majorHAnsi" w:hAnsiTheme="majorHAnsi" w:cstheme="majorHAnsi"/>
                <w:b/>
                <w:sz w:val="22"/>
              </w:rPr>
              <w:t>Titlul</w:t>
            </w:r>
            <w:proofErr w:type="spellEnd"/>
            <w:r w:rsidRPr="007C3371">
              <w:rPr>
                <w:rFonts w:asciiTheme="majorHAnsi" w:hAnsiTheme="majorHAnsi" w:cstheme="majorHAnsi"/>
                <w:b/>
                <w:sz w:val="22"/>
              </w:rPr>
              <w:t xml:space="preserve"> </w:t>
            </w:r>
            <w:proofErr w:type="spellStart"/>
            <w:r w:rsidRPr="007C3371">
              <w:rPr>
                <w:rFonts w:asciiTheme="majorHAnsi" w:hAnsiTheme="majorHAnsi" w:cstheme="majorHAnsi"/>
                <w:b/>
                <w:sz w:val="22"/>
              </w:rPr>
              <w:t>deținerii</w:t>
            </w:r>
            <w:proofErr w:type="spellEnd"/>
            <w:r w:rsidRPr="007C3371">
              <w:rPr>
                <w:rFonts w:asciiTheme="majorHAnsi" w:hAnsiTheme="majorHAnsi" w:cstheme="majorHAnsi"/>
                <w:b/>
                <w:sz w:val="22"/>
              </w:rPr>
              <w:t xml:space="preserve"> (</w:t>
            </w:r>
            <w:proofErr w:type="spellStart"/>
            <w:r w:rsidRPr="007C3371">
              <w:rPr>
                <w:rFonts w:asciiTheme="majorHAnsi" w:hAnsiTheme="majorHAnsi" w:cstheme="majorHAnsi"/>
                <w:b/>
                <w:sz w:val="22"/>
              </w:rPr>
              <w:t>proprietate</w:t>
            </w:r>
            <w:proofErr w:type="spellEnd"/>
            <w:r w:rsidRPr="007C3371">
              <w:rPr>
                <w:rFonts w:asciiTheme="majorHAnsi" w:hAnsiTheme="majorHAnsi" w:cstheme="majorHAnsi"/>
                <w:b/>
                <w:sz w:val="22"/>
              </w:rPr>
              <w:t xml:space="preserve">, </w:t>
            </w:r>
            <w:proofErr w:type="spellStart"/>
            <w:r w:rsidRPr="007C3371">
              <w:rPr>
                <w:rFonts w:asciiTheme="majorHAnsi" w:hAnsiTheme="majorHAnsi" w:cstheme="majorHAnsi"/>
                <w:b/>
                <w:sz w:val="22"/>
              </w:rPr>
              <w:t>închiriere</w:t>
            </w:r>
            <w:proofErr w:type="spellEnd"/>
            <w:r w:rsidRPr="007C3371">
              <w:rPr>
                <w:rFonts w:asciiTheme="majorHAnsi" w:hAnsiTheme="majorHAnsi" w:cstheme="majorHAnsi"/>
                <w:b/>
                <w:sz w:val="22"/>
              </w:rPr>
              <w:t xml:space="preserve">, </w:t>
            </w:r>
            <w:proofErr w:type="spellStart"/>
            <w:r w:rsidRPr="007C3371">
              <w:rPr>
                <w:rFonts w:asciiTheme="majorHAnsi" w:hAnsiTheme="majorHAnsi" w:cstheme="majorHAnsi"/>
                <w:b/>
                <w:sz w:val="22"/>
              </w:rPr>
              <w:t>licență</w:t>
            </w:r>
            <w:proofErr w:type="spellEnd"/>
            <w:r w:rsidRPr="007C3371">
              <w:rPr>
                <w:rFonts w:asciiTheme="majorHAnsi" w:hAnsiTheme="majorHAnsi" w:cstheme="majorHAnsi"/>
                <w:b/>
                <w:sz w:val="22"/>
              </w:rPr>
              <w:t>)</w:t>
            </w:r>
          </w:p>
        </w:tc>
      </w:tr>
      <w:tr w:rsidR="00424C49" w:rsidRPr="007C3371" w14:paraId="01C8DDAB" w14:textId="77777777" w:rsidTr="00DB78F8">
        <w:trPr>
          <w:cantSplit/>
          <w:jc w:val="center"/>
        </w:trPr>
        <w:tc>
          <w:tcPr>
            <w:tcW w:w="567" w:type="dxa"/>
          </w:tcPr>
          <w:p w14:paraId="77643DAB" w14:textId="77777777" w:rsidR="00424C49" w:rsidRPr="007C3371" w:rsidRDefault="0059002D">
            <w:pPr>
              <w:spacing w:before="20" w:after="20" w:line="259" w:lineRule="auto"/>
              <w:jc w:val="center"/>
              <w:rPr>
                <w:rFonts w:asciiTheme="majorHAnsi" w:hAnsiTheme="majorHAnsi" w:cstheme="majorHAnsi"/>
                <w:sz w:val="22"/>
              </w:rPr>
            </w:pPr>
            <w:r w:rsidRPr="007C3371">
              <w:rPr>
                <w:rFonts w:asciiTheme="majorHAnsi" w:hAnsiTheme="majorHAnsi" w:cstheme="majorHAnsi"/>
                <w:sz w:val="22"/>
              </w:rPr>
              <w:t>1</w:t>
            </w:r>
          </w:p>
        </w:tc>
        <w:tc>
          <w:tcPr>
            <w:tcW w:w="3969" w:type="dxa"/>
          </w:tcPr>
          <w:p w14:paraId="5B9EC3ED" w14:textId="77777777" w:rsidR="00424C49" w:rsidRPr="007C3371" w:rsidRDefault="00424C49">
            <w:pPr>
              <w:spacing w:before="20" w:after="20" w:line="259" w:lineRule="auto"/>
              <w:rPr>
                <w:rFonts w:asciiTheme="majorHAnsi" w:hAnsiTheme="majorHAnsi" w:cstheme="majorHAnsi"/>
                <w:sz w:val="22"/>
              </w:rPr>
            </w:pPr>
          </w:p>
        </w:tc>
        <w:tc>
          <w:tcPr>
            <w:tcW w:w="2268" w:type="dxa"/>
          </w:tcPr>
          <w:p w14:paraId="74CF5035" w14:textId="77777777" w:rsidR="00424C49" w:rsidRPr="007C3371" w:rsidRDefault="00424C49">
            <w:pPr>
              <w:spacing w:before="20" w:after="20" w:line="259" w:lineRule="auto"/>
              <w:rPr>
                <w:rFonts w:asciiTheme="majorHAnsi" w:hAnsiTheme="majorHAnsi" w:cstheme="majorHAnsi"/>
                <w:sz w:val="22"/>
              </w:rPr>
            </w:pPr>
          </w:p>
        </w:tc>
        <w:tc>
          <w:tcPr>
            <w:tcW w:w="2835" w:type="dxa"/>
          </w:tcPr>
          <w:p w14:paraId="5044FDC9" w14:textId="77777777" w:rsidR="00424C49" w:rsidRPr="007C3371" w:rsidRDefault="00424C49">
            <w:pPr>
              <w:spacing w:before="20" w:after="20" w:line="259" w:lineRule="auto"/>
              <w:rPr>
                <w:rFonts w:asciiTheme="majorHAnsi" w:hAnsiTheme="majorHAnsi" w:cstheme="majorHAnsi"/>
                <w:sz w:val="22"/>
              </w:rPr>
            </w:pPr>
          </w:p>
        </w:tc>
      </w:tr>
      <w:tr w:rsidR="00424C49" w:rsidRPr="007C3371" w14:paraId="51CCF759" w14:textId="77777777" w:rsidTr="00DB78F8">
        <w:trPr>
          <w:cantSplit/>
          <w:jc w:val="center"/>
        </w:trPr>
        <w:tc>
          <w:tcPr>
            <w:tcW w:w="567" w:type="dxa"/>
          </w:tcPr>
          <w:p w14:paraId="11EC8DD7" w14:textId="77777777" w:rsidR="00424C49" w:rsidRPr="007C3371" w:rsidRDefault="0059002D">
            <w:pPr>
              <w:spacing w:before="20" w:after="20" w:line="259" w:lineRule="auto"/>
              <w:jc w:val="center"/>
              <w:rPr>
                <w:rFonts w:asciiTheme="majorHAnsi" w:hAnsiTheme="majorHAnsi" w:cstheme="majorHAnsi"/>
                <w:sz w:val="22"/>
              </w:rPr>
            </w:pPr>
            <w:r w:rsidRPr="007C3371">
              <w:rPr>
                <w:rFonts w:asciiTheme="majorHAnsi" w:hAnsiTheme="majorHAnsi" w:cstheme="majorHAnsi"/>
                <w:sz w:val="22"/>
              </w:rPr>
              <w:t>2</w:t>
            </w:r>
          </w:p>
        </w:tc>
        <w:tc>
          <w:tcPr>
            <w:tcW w:w="3969" w:type="dxa"/>
          </w:tcPr>
          <w:p w14:paraId="3B0A24BC" w14:textId="77777777" w:rsidR="00424C49" w:rsidRPr="007C3371" w:rsidRDefault="00424C49">
            <w:pPr>
              <w:spacing w:before="20" w:after="20" w:line="259" w:lineRule="auto"/>
              <w:rPr>
                <w:rFonts w:asciiTheme="majorHAnsi" w:hAnsiTheme="majorHAnsi" w:cstheme="majorHAnsi"/>
                <w:sz w:val="22"/>
              </w:rPr>
            </w:pPr>
          </w:p>
        </w:tc>
        <w:tc>
          <w:tcPr>
            <w:tcW w:w="2268" w:type="dxa"/>
          </w:tcPr>
          <w:p w14:paraId="0F30108C" w14:textId="77777777" w:rsidR="00424C49" w:rsidRPr="007C3371" w:rsidRDefault="00424C49">
            <w:pPr>
              <w:spacing w:before="20" w:after="20" w:line="259" w:lineRule="auto"/>
              <w:rPr>
                <w:rFonts w:asciiTheme="majorHAnsi" w:hAnsiTheme="majorHAnsi" w:cstheme="majorHAnsi"/>
                <w:sz w:val="22"/>
              </w:rPr>
            </w:pPr>
          </w:p>
        </w:tc>
        <w:tc>
          <w:tcPr>
            <w:tcW w:w="2835" w:type="dxa"/>
          </w:tcPr>
          <w:p w14:paraId="41F792F1" w14:textId="77777777" w:rsidR="00424C49" w:rsidRPr="007C3371" w:rsidRDefault="00424C49">
            <w:pPr>
              <w:spacing w:before="20" w:after="20" w:line="259" w:lineRule="auto"/>
              <w:rPr>
                <w:rFonts w:asciiTheme="majorHAnsi" w:hAnsiTheme="majorHAnsi" w:cstheme="majorHAnsi"/>
                <w:sz w:val="22"/>
              </w:rPr>
            </w:pPr>
          </w:p>
        </w:tc>
      </w:tr>
      <w:tr w:rsidR="00424C49" w:rsidRPr="007C3371" w14:paraId="159CA91F" w14:textId="77777777" w:rsidTr="00DB78F8">
        <w:trPr>
          <w:cantSplit/>
          <w:jc w:val="center"/>
        </w:trPr>
        <w:tc>
          <w:tcPr>
            <w:tcW w:w="567" w:type="dxa"/>
          </w:tcPr>
          <w:p w14:paraId="3F39FC54" w14:textId="77777777" w:rsidR="00424C49" w:rsidRPr="007C3371" w:rsidRDefault="0059002D">
            <w:pPr>
              <w:spacing w:before="20" w:after="20" w:line="259" w:lineRule="auto"/>
              <w:jc w:val="center"/>
              <w:rPr>
                <w:rFonts w:asciiTheme="majorHAnsi" w:hAnsiTheme="majorHAnsi" w:cstheme="majorHAnsi"/>
                <w:sz w:val="22"/>
              </w:rPr>
            </w:pPr>
            <w:r w:rsidRPr="007C3371">
              <w:rPr>
                <w:rFonts w:asciiTheme="majorHAnsi" w:hAnsiTheme="majorHAnsi" w:cstheme="majorHAnsi"/>
                <w:sz w:val="22"/>
              </w:rPr>
              <w:t>3</w:t>
            </w:r>
          </w:p>
        </w:tc>
        <w:tc>
          <w:tcPr>
            <w:tcW w:w="3969" w:type="dxa"/>
          </w:tcPr>
          <w:p w14:paraId="2E920B0B" w14:textId="77777777" w:rsidR="00424C49" w:rsidRPr="007C3371" w:rsidRDefault="00424C49">
            <w:pPr>
              <w:spacing w:before="20" w:after="20" w:line="259" w:lineRule="auto"/>
              <w:rPr>
                <w:rFonts w:asciiTheme="majorHAnsi" w:hAnsiTheme="majorHAnsi" w:cstheme="majorHAnsi"/>
                <w:sz w:val="22"/>
              </w:rPr>
            </w:pPr>
          </w:p>
        </w:tc>
        <w:tc>
          <w:tcPr>
            <w:tcW w:w="2268" w:type="dxa"/>
          </w:tcPr>
          <w:p w14:paraId="33BE6762" w14:textId="77777777" w:rsidR="00424C49" w:rsidRPr="007C3371" w:rsidRDefault="00424C49">
            <w:pPr>
              <w:spacing w:before="20" w:after="20" w:line="259" w:lineRule="auto"/>
              <w:rPr>
                <w:rFonts w:asciiTheme="majorHAnsi" w:hAnsiTheme="majorHAnsi" w:cstheme="majorHAnsi"/>
                <w:sz w:val="22"/>
              </w:rPr>
            </w:pPr>
          </w:p>
        </w:tc>
        <w:tc>
          <w:tcPr>
            <w:tcW w:w="2835" w:type="dxa"/>
          </w:tcPr>
          <w:p w14:paraId="2A90F1E5" w14:textId="77777777" w:rsidR="00424C49" w:rsidRPr="007C3371" w:rsidRDefault="00424C49">
            <w:pPr>
              <w:spacing w:before="20" w:after="20" w:line="259" w:lineRule="auto"/>
              <w:rPr>
                <w:rFonts w:asciiTheme="majorHAnsi" w:hAnsiTheme="majorHAnsi" w:cstheme="majorHAnsi"/>
                <w:sz w:val="22"/>
              </w:rPr>
            </w:pPr>
          </w:p>
        </w:tc>
      </w:tr>
    </w:tbl>
    <w:p w14:paraId="3610D651" w14:textId="77777777" w:rsidR="00424C49" w:rsidRPr="007C3371" w:rsidRDefault="00424C49">
      <w:pPr>
        <w:spacing w:after="80" w:line="259" w:lineRule="auto"/>
        <w:jc w:val="both"/>
        <w:rPr>
          <w:rFonts w:asciiTheme="majorHAnsi" w:hAnsiTheme="majorHAnsi" w:cstheme="majorHAnsi"/>
          <w:sz w:val="22"/>
        </w:rPr>
      </w:pPr>
    </w:p>
    <w:p w14:paraId="3EFAA2EA" w14:textId="77777777" w:rsidR="00424C49" w:rsidRPr="007C3371" w:rsidRDefault="0059002D">
      <w:pPr>
        <w:keepNext/>
        <w:spacing w:before="160" w:after="80" w:line="259" w:lineRule="auto"/>
        <w:rPr>
          <w:rFonts w:asciiTheme="majorHAnsi" w:hAnsiTheme="majorHAnsi" w:cstheme="majorHAnsi"/>
          <w:sz w:val="22"/>
          <w:lang w:val="pt-BR"/>
        </w:rPr>
      </w:pPr>
      <w:r w:rsidRPr="007C3371">
        <w:rPr>
          <w:rFonts w:asciiTheme="majorHAnsi" w:hAnsiTheme="majorHAnsi" w:cstheme="majorHAnsi"/>
          <w:b/>
          <w:sz w:val="22"/>
          <w:lang w:val="pt-BR"/>
        </w:rPr>
        <w:t>F. DATE FINANCIARE (conform situațiilor financiare depuse la ANAF)</w:t>
      </w:r>
    </w:p>
    <w:tbl>
      <w:tblPr>
        <w:tblStyle w:val="TableGrid"/>
        <w:tblW w:w="9638" w:type="dxa"/>
        <w:jc w:val="center"/>
        <w:tblLayout w:type="fixed"/>
        <w:tblLook w:val="04A0" w:firstRow="1" w:lastRow="0" w:firstColumn="1" w:lastColumn="0" w:noHBand="0" w:noVBand="1"/>
      </w:tblPr>
      <w:tblGrid>
        <w:gridCol w:w="3968"/>
        <w:gridCol w:w="2268"/>
        <w:gridCol w:w="3402"/>
      </w:tblGrid>
      <w:tr w:rsidR="00424C49" w:rsidRPr="007C3371" w14:paraId="6CAE225D" w14:textId="77777777" w:rsidTr="00DB78F8">
        <w:trPr>
          <w:cantSplit/>
          <w:tblHeader/>
          <w:jc w:val="center"/>
        </w:trPr>
        <w:tc>
          <w:tcPr>
            <w:tcW w:w="3969" w:type="dxa"/>
          </w:tcPr>
          <w:p w14:paraId="3048BB68" w14:textId="77777777" w:rsidR="00424C49" w:rsidRPr="007C3371" w:rsidRDefault="0059002D">
            <w:pPr>
              <w:spacing w:before="20" w:after="20" w:line="259" w:lineRule="auto"/>
              <w:jc w:val="center"/>
              <w:rPr>
                <w:rFonts w:asciiTheme="majorHAnsi" w:hAnsiTheme="majorHAnsi" w:cstheme="majorHAnsi"/>
                <w:sz w:val="22"/>
              </w:rPr>
            </w:pPr>
            <w:proofErr w:type="spellStart"/>
            <w:r w:rsidRPr="007C3371">
              <w:rPr>
                <w:rFonts w:asciiTheme="majorHAnsi" w:hAnsiTheme="majorHAnsi" w:cstheme="majorHAnsi"/>
                <w:b/>
                <w:sz w:val="22"/>
              </w:rPr>
              <w:t>Anul</w:t>
            </w:r>
            <w:proofErr w:type="spellEnd"/>
          </w:p>
        </w:tc>
        <w:tc>
          <w:tcPr>
            <w:tcW w:w="2268" w:type="dxa"/>
          </w:tcPr>
          <w:p w14:paraId="714A5ACC" w14:textId="77777777" w:rsidR="00424C49" w:rsidRPr="007C3371" w:rsidRDefault="0059002D">
            <w:pPr>
              <w:spacing w:before="20" w:after="20" w:line="259" w:lineRule="auto"/>
              <w:jc w:val="center"/>
              <w:rPr>
                <w:rFonts w:asciiTheme="majorHAnsi" w:hAnsiTheme="majorHAnsi" w:cstheme="majorHAnsi"/>
                <w:sz w:val="22"/>
              </w:rPr>
            </w:pPr>
            <w:proofErr w:type="spellStart"/>
            <w:r w:rsidRPr="007C3371">
              <w:rPr>
                <w:rFonts w:asciiTheme="majorHAnsi" w:hAnsiTheme="majorHAnsi" w:cstheme="majorHAnsi"/>
                <w:b/>
                <w:sz w:val="22"/>
              </w:rPr>
              <w:t>Număr</w:t>
            </w:r>
            <w:proofErr w:type="spellEnd"/>
            <w:r w:rsidRPr="007C3371">
              <w:rPr>
                <w:rFonts w:asciiTheme="majorHAnsi" w:hAnsiTheme="majorHAnsi" w:cstheme="majorHAnsi"/>
                <w:b/>
                <w:sz w:val="22"/>
              </w:rPr>
              <w:t xml:space="preserve"> </w:t>
            </w:r>
            <w:proofErr w:type="spellStart"/>
            <w:r w:rsidRPr="007C3371">
              <w:rPr>
                <w:rFonts w:asciiTheme="majorHAnsi" w:hAnsiTheme="majorHAnsi" w:cstheme="majorHAnsi"/>
                <w:b/>
                <w:sz w:val="22"/>
              </w:rPr>
              <w:t>mediu</w:t>
            </w:r>
            <w:proofErr w:type="spellEnd"/>
            <w:r w:rsidRPr="007C3371">
              <w:rPr>
                <w:rFonts w:asciiTheme="majorHAnsi" w:hAnsiTheme="majorHAnsi" w:cstheme="majorHAnsi"/>
                <w:b/>
                <w:sz w:val="22"/>
              </w:rPr>
              <w:t xml:space="preserve"> de </w:t>
            </w:r>
            <w:proofErr w:type="spellStart"/>
            <w:r w:rsidRPr="007C3371">
              <w:rPr>
                <w:rFonts w:asciiTheme="majorHAnsi" w:hAnsiTheme="majorHAnsi" w:cstheme="majorHAnsi"/>
                <w:b/>
                <w:sz w:val="22"/>
              </w:rPr>
              <w:t>angajați</w:t>
            </w:r>
            <w:proofErr w:type="spellEnd"/>
          </w:p>
        </w:tc>
        <w:tc>
          <w:tcPr>
            <w:tcW w:w="3402" w:type="dxa"/>
          </w:tcPr>
          <w:p w14:paraId="4C8A3207" w14:textId="77777777" w:rsidR="00424C49" w:rsidRPr="007C3371" w:rsidRDefault="0059002D">
            <w:pPr>
              <w:spacing w:before="20" w:after="20" w:line="259" w:lineRule="auto"/>
              <w:jc w:val="center"/>
              <w:rPr>
                <w:rFonts w:asciiTheme="majorHAnsi" w:hAnsiTheme="majorHAnsi" w:cstheme="majorHAnsi"/>
                <w:sz w:val="22"/>
                <w:lang w:val="pt-BR"/>
              </w:rPr>
            </w:pPr>
            <w:r w:rsidRPr="007C3371">
              <w:rPr>
                <w:rFonts w:asciiTheme="majorHAnsi" w:hAnsiTheme="majorHAnsi" w:cstheme="majorHAnsi"/>
                <w:b/>
                <w:sz w:val="22"/>
                <w:lang w:val="pt-BR"/>
              </w:rPr>
              <w:t>Cifra de afaceri / Venituri totale (lei)</w:t>
            </w:r>
          </w:p>
        </w:tc>
      </w:tr>
      <w:tr w:rsidR="00424C49" w:rsidRPr="007C3371" w14:paraId="63A0B8EA" w14:textId="77777777" w:rsidTr="00DB78F8">
        <w:trPr>
          <w:cantSplit/>
          <w:jc w:val="center"/>
        </w:trPr>
        <w:tc>
          <w:tcPr>
            <w:tcW w:w="3969" w:type="dxa"/>
          </w:tcPr>
          <w:p w14:paraId="6F69323C" w14:textId="77777777" w:rsidR="00424C49" w:rsidRPr="007C3371" w:rsidRDefault="0059002D">
            <w:pPr>
              <w:spacing w:before="20" w:after="20" w:line="259" w:lineRule="auto"/>
              <w:rPr>
                <w:rFonts w:asciiTheme="majorHAnsi" w:hAnsiTheme="majorHAnsi" w:cstheme="majorHAnsi"/>
                <w:sz w:val="22"/>
              </w:rPr>
            </w:pPr>
            <w:r w:rsidRPr="007C3371">
              <w:rPr>
                <w:rFonts w:asciiTheme="majorHAnsi" w:hAnsiTheme="majorHAnsi" w:cstheme="majorHAnsi"/>
                <w:sz w:val="22"/>
              </w:rPr>
              <w:t>2022</w:t>
            </w:r>
          </w:p>
        </w:tc>
        <w:tc>
          <w:tcPr>
            <w:tcW w:w="2268" w:type="dxa"/>
          </w:tcPr>
          <w:p w14:paraId="31B909BB" w14:textId="77777777" w:rsidR="00424C49" w:rsidRPr="007C3371" w:rsidRDefault="00424C49">
            <w:pPr>
              <w:spacing w:before="20" w:after="20" w:line="259" w:lineRule="auto"/>
              <w:rPr>
                <w:rFonts w:asciiTheme="majorHAnsi" w:hAnsiTheme="majorHAnsi" w:cstheme="majorHAnsi"/>
                <w:sz w:val="22"/>
              </w:rPr>
            </w:pPr>
          </w:p>
        </w:tc>
        <w:tc>
          <w:tcPr>
            <w:tcW w:w="3402" w:type="dxa"/>
          </w:tcPr>
          <w:p w14:paraId="22B70DFF" w14:textId="77777777" w:rsidR="00424C49" w:rsidRPr="007C3371" w:rsidRDefault="00424C49">
            <w:pPr>
              <w:spacing w:before="20" w:after="20" w:line="259" w:lineRule="auto"/>
              <w:rPr>
                <w:rFonts w:asciiTheme="majorHAnsi" w:hAnsiTheme="majorHAnsi" w:cstheme="majorHAnsi"/>
                <w:sz w:val="22"/>
              </w:rPr>
            </w:pPr>
          </w:p>
        </w:tc>
      </w:tr>
      <w:tr w:rsidR="00424C49" w:rsidRPr="007C3371" w14:paraId="4B0EF4C0" w14:textId="77777777" w:rsidTr="00DB78F8">
        <w:trPr>
          <w:cantSplit/>
          <w:jc w:val="center"/>
        </w:trPr>
        <w:tc>
          <w:tcPr>
            <w:tcW w:w="3969" w:type="dxa"/>
          </w:tcPr>
          <w:p w14:paraId="27E2DB93" w14:textId="77777777" w:rsidR="00424C49" w:rsidRPr="007C3371" w:rsidRDefault="0059002D">
            <w:pPr>
              <w:spacing w:before="20" w:after="20" w:line="259" w:lineRule="auto"/>
              <w:rPr>
                <w:rFonts w:asciiTheme="majorHAnsi" w:hAnsiTheme="majorHAnsi" w:cstheme="majorHAnsi"/>
                <w:sz w:val="22"/>
              </w:rPr>
            </w:pPr>
            <w:r w:rsidRPr="007C3371">
              <w:rPr>
                <w:rFonts w:asciiTheme="majorHAnsi" w:hAnsiTheme="majorHAnsi" w:cstheme="majorHAnsi"/>
                <w:sz w:val="22"/>
              </w:rPr>
              <w:t>2023</w:t>
            </w:r>
          </w:p>
        </w:tc>
        <w:tc>
          <w:tcPr>
            <w:tcW w:w="2268" w:type="dxa"/>
          </w:tcPr>
          <w:p w14:paraId="450E65D4" w14:textId="77777777" w:rsidR="00424C49" w:rsidRPr="007C3371" w:rsidRDefault="00424C49">
            <w:pPr>
              <w:spacing w:before="20" w:after="20" w:line="259" w:lineRule="auto"/>
              <w:rPr>
                <w:rFonts w:asciiTheme="majorHAnsi" w:hAnsiTheme="majorHAnsi" w:cstheme="majorHAnsi"/>
                <w:sz w:val="22"/>
              </w:rPr>
            </w:pPr>
          </w:p>
        </w:tc>
        <w:tc>
          <w:tcPr>
            <w:tcW w:w="3402" w:type="dxa"/>
          </w:tcPr>
          <w:p w14:paraId="54653E2C" w14:textId="77777777" w:rsidR="00424C49" w:rsidRPr="007C3371" w:rsidRDefault="00424C49">
            <w:pPr>
              <w:spacing w:before="20" w:after="20" w:line="259" w:lineRule="auto"/>
              <w:rPr>
                <w:rFonts w:asciiTheme="majorHAnsi" w:hAnsiTheme="majorHAnsi" w:cstheme="majorHAnsi"/>
                <w:sz w:val="22"/>
              </w:rPr>
            </w:pPr>
          </w:p>
        </w:tc>
      </w:tr>
      <w:tr w:rsidR="00424C49" w:rsidRPr="007C3371" w14:paraId="096008D6" w14:textId="77777777" w:rsidTr="00DB78F8">
        <w:trPr>
          <w:cantSplit/>
          <w:jc w:val="center"/>
        </w:trPr>
        <w:tc>
          <w:tcPr>
            <w:tcW w:w="3969" w:type="dxa"/>
          </w:tcPr>
          <w:p w14:paraId="17D050A1" w14:textId="77777777" w:rsidR="00424C49" w:rsidRPr="007C3371" w:rsidRDefault="0059002D">
            <w:pPr>
              <w:spacing w:before="20" w:after="20" w:line="259" w:lineRule="auto"/>
              <w:rPr>
                <w:rFonts w:asciiTheme="majorHAnsi" w:hAnsiTheme="majorHAnsi" w:cstheme="majorHAnsi"/>
                <w:sz w:val="22"/>
              </w:rPr>
            </w:pPr>
            <w:r w:rsidRPr="007C3371">
              <w:rPr>
                <w:rFonts w:asciiTheme="majorHAnsi" w:hAnsiTheme="majorHAnsi" w:cstheme="majorHAnsi"/>
                <w:sz w:val="22"/>
              </w:rPr>
              <w:t>2024</w:t>
            </w:r>
          </w:p>
        </w:tc>
        <w:tc>
          <w:tcPr>
            <w:tcW w:w="2268" w:type="dxa"/>
          </w:tcPr>
          <w:p w14:paraId="2DB1F307" w14:textId="77777777" w:rsidR="00424C49" w:rsidRPr="007C3371" w:rsidRDefault="00424C49">
            <w:pPr>
              <w:spacing w:before="20" w:after="20" w:line="259" w:lineRule="auto"/>
              <w:rPr>
                <w:rFonts w:asciiTheme="majorHAnsi" w:hAnsiTheme="majorHAnsi" w:cstheme="majorHAnsi"/>
                <w:sz w:val="22"/>
              </w:rPr>
            </w:pPr>
          </w:p>
        </w:tc>
        <w:tc>
          <w:tcPr>
            <w:tcW w:w="3402" w:type="dxa"/>
          </w:tcPr>
          <w:p w14:paraId="1EC51269" w14:textId="77777777" w:rsidR="00424C49" w:rsidRPr="007C3371" w:rsidRDefault="00424C49">
            <w:pPr>
              <w:spacing w:before="20" w:after="20" w:line="259" w:lineRule="auto"/>
              <w:rPr>
                <w:rFonts w:asciiTheme="majorHAnsi" w:hAnsiTheme="majorHAnsi" w:cstheme="majorHAnsi"/>
                <w:sz w:val="22"/>
              </w:rPr>
            </w:pPr>
          </w:p>
        </w:tc>
      </w:tr>
      <w:tr w:rsidR="00424C49" w:rsidRPr="007C3371" w14:paraId="1208DA6A" w14:textId="77777777" w:rsidTr="00DB78F8">
        <w:trPr>
          <w:cantSplit/>
          <w:jc w:val="center"/>
        </w:trPr>
        <w:tc>
          <w:tcPr>
            <w:tcW w:w="3969" w:type="dxa"/>
          </w:tcPr>
          <w:p w14:paraId="443FA02E" w14:textId="77777777" w:rsidR="00424C49" w:rsidRPr="007C3371" w:rsidRDefault="0059002D">
            <w:pPr>
              <w:spacing w:before="20" w:after="20" w:line="259" w:lineRule="auto"/>
              <w:rPr>
                <w:rFonts w:asciiTheme="majorHAnsi" w:hAnsiTheme="majorHAnsi" w:cstheme="majorHAnsi"/>
                <w:sz w:val="22"/>
              </w:rPr>
            </w:pPr>
            <w:r w:rsidRPr="007C3371">
              <w:rPr>
                <w:rFonts w:asciiTheme="majorHAnsi" w:hAnsiTheme="majorHAnsi" w:cstheme="majorHAnsi"/>
                <w:sz w:val="22"/>
              </w:rPr>
              <w:t>2025</w:t>
            </w:r>
          </w:p>
        </w:tc>
        <w:tc>
          <w:tcPr>
            <w:tcW w:w="2268" w:type="dxa"/>
          </w:tcPr>
          <w:p w14:paraId="57F0E584" w14:textId="77777777" w:rsidR="00424C49" w:rsidRPr="007C3371" w:rsidRDefault="00424C49">
            <w:pPr>
              <w:spacing w:before="20" w:after="20" w:line="259" w:lineRule="auto"/>
              <w:rPr>
                <w:rFonts w:asciiTheme="majorHAnsi" w:hAnsiTheme="majorHAnsi" w:cstheme="majorHAnsi"/>
                <w:sz w:val="22"/>
              </w:rPr>
            </w:pPr>
          </w:p>
        </w:tc>
        <w:tc>
          <w:tcPr>
            <w:tcW w:w="3402" w:type="dxa"/>
          </w:tcPr>
          <w:p w14:paraId="4FA1ECDE" w14:textId="77777777" w:rsidR="00424C49" w:rsidRPr="007C3371" w:rsidRDefault="00424C49">
            <w:pPr>
              <w:spacing w:before="20" w:after="20" w:line="259" w:lineRule="auto"/>
              <w:rPr>
                <w:rFonts w:asciiTheme="majorHAnsi" w:hAnsiTheme="majorHAnsi" w:cstheme="majorHAnsi"/>
                <w:sz w:val="22"/>
              </w:rPr>
            </w:pPr>
          </w:p>
        </w:tc>
      </w:tr>
      <w:tr w:rsidR="00424C49" w:rsidRPr="007C3371" w14:paraId="28F62262" w14:textId="77777777" w:rsidTr="00DB78F8">
        <w:trPr>
          <w:cantSplit/>
          <w:jc w:val="center"/>
        </w:trPr>
        <w:tc>
          <w:tcPr>
            <w:tcW w:w="3969" w:type="dxa"/>
          </w:tcPr>
          <w:p w14:paraId="78AFDF35" w14:textId="77777777" w:rsidR="00424C49" w:rsidRPr="007C3371" w:rsidRDefault="0059002D">
            <w:pPr>
              <w:spacing w:before="20" w:after="20" w:line="259" w:lineRule="auto"/>
              <w:rPr>
                <w:rFonts w:asciiTheme="majorHAnsi" w:hAnsiTheme="majorHAnsi" w:cstheme="majorHAnsi"/>
                <w:sz w:val="22"/>
                <w:lang w:val="pt-BR"/>
              </w:rPr>
            </w:pPr>
            <w:r w:rsidRPr="007C3371">
              <w:rPr>
                <w:rFonts w:asciiTheme="majorHAnsi" w:hAnsiTheme="majorHAnsi" w:cstheme="majorHAnsi"/>
                <w:b/>
                <w:sz w:val="22"/>
                <w:lang w:val="pt-BR"/>
              </w:rPr>
              <w:t>TOTAL cifră de afaceri / venituri (maximum 4 ani)</w:t>
            </w:r>
          </w:p>
        </w:tc>
        <w:tc>
          <w:tcPr>
            <w:tcW w:w="2268" w:type="dxa"/>
          </w:tcPr>
          <w:p w14:paraId="0E12F822" w14:textId="77777777" w:rsidR="00424C49" w:rsidRPr="007C3371" w:rsidRDefault="00424C49">
            <w:pPr>
              <w:spacing w:before="20" w:after="20" w:line="259" w:lineRule="auto"/>
              <w:rPr>
                <w:rFonts w:asciiTheme="majorHAnsi" w:hAnsiTheme="majorHAnsi" w:cstheme="majorHAnsi"/>
                <w:sz w:val="22"/>
                <w:lang w:val="pt-BR"/>
              </w:rPr>
            </w:pPr>
          </w:p>
        </w:tc>
        <w:tc>
          <w:tcPr>
            <w:tcW w:w="3402" w:type="dxa"/>
          </w:tcPr>
          <w:p w14:paraId="08C5D7D8" w14:textId="77777777" w:rsidR="00424C49" w:rsidRPr="007C3371" w:rsidRDefault="00424C49">
            <w:pPr>
              <w:spacing w:before="20" w:after="20" w:line="259" w:lineRule="auto"/>
              <w:rPr>
                <w:rFonts w:asciiTheme="majorHAnsi" w:hAnsiTheme="majorHAnsi" w:cstheme="majorHAnsi"/>
                <w:sz w:val="22"/>
                <w:lang w:val="pt-BR"/>
              </w:rPr>
            </w:pPr>
          </w:p>
        </w:tc>
      </w:tr>
    </w:tbl>
    <w:p w14:paraId="0591C3D3" w14:textId="77777777" w:rsidR="00424C49" w:rsidRPr="007C3371" w:rsidRDefault="00424C49">
      <w:pPr>
        <w:spacing w:after="80" w:line="259" w:lineRule="auto"/>
        <w:jc w:val="both"/>
        <w:rPr>
          <w:rFonts w:asciiTheme="majorHAnsi" w:hAnsiTheme="majorHAnsi" w:cstheme="majorHAnsi"/>
          <w:sz w:val="22"/>
          <w:lang w:val="pt-BR"/>
        </w:rPr>
      </w:pPr>
    </w:p>
    <w:p w14:paraId="44122E4C" w14:textId="77777777" w:rsidR="00424C49" w:rsidRPr="007C3371" w:rsidRDefault="0059002D">
      <w:pPr>
        <w:spacing w:after="120" w:line="259" w:lineRule="auto"/>
        <w:jc w:val="both"/>
        <w:rPr>
          <w:rFonts w:asciiTheme="majorHAnsi" w:hAnsiTheme="majorHAnsi" w:cstheme="majorHAnsi"/>
          <w:sz w:val="22"/>
          <w:lang w:val="pt-BR"/>
        </w:rPr>
      </w:pPr>
      <w:r w:rsidRPr="007C3371">
        <w:rPr>
          <w:rFonts w:asciiTheme="majorHAnsi" w:hAnsiTheme="majorHAnsi" w:cstheme="majorHAnsi"/>
          <w:sz w:val="22"/>
          <w:lang w:val="pt-BR"/>
        </w:rPr>
        <w:t>Informațiile furnizate sunt conforme cu realitatea și asumate pe propria răspundere de reprezentantul legal, sub sancțiunea prevăzută de art. 326 din Codul penal privind falsul în declarații.</w:t>
      </w:r>
    </w:p>
    <w:p w14:paraId="0886FFBE" w14:textId="77777777" w:rsidR="00424C49" w:rsidRPr="007C3371" w:rsidRDefault="00424C49">
      <w:pPr>
        <w:spacing w:after="120" w:line="259" w:lineRule="auto"/>
        <w:jc w:val="both"/>
        <w:rPr>
          <w:rFonts w:asciiTheme="majorHAnsi" w:hAnsiTheme="majorHAnsi" w:cstheme="majorHAnsi"/>
          <w:sz w:val="22"/>
          <w:lang w:val="pt-BR"/>
        </w:rPr>
      </w:pP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819"/>
        <w:gridCol w:w="4819"/>
      </w:tblGrid>
      <w:tr w:rsidR="00424C49" w:rsidRPr="007C3371" w14:paraId="1ED857CF" w14:textId="77777777">
        <w:tc>
          <w:tcPr>
            <w:tcW w:w="4819" w:type="dxa"/>
          </w:tcPr>
          <w:p w14:paraId="3E0DBF3D" w14:textId="564CF8E3" w:rsidR="00424C49" w:rsidRPr="007C3371" w:rsidRDefault="009529B9">
            <w:pPr>
              <w:spacing w:after="40" w:line="259" w:lineRule="auto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hAnsiTheme="majorHAnsi" w:cstheme="majorHAnsi"/>
                <w:sz w:val="22"/>
              </w:rPr>
              <w:lastRenderedPageBreak/>
              <w:t>Data: __.__.2026</w:t>
            </w:r>
            <w:bookmarkStart w:id="0" w:name="_GoBack"/>
            <w:bookmarkEnd w:id="0"/>
          </w:p>
        </w:tc>
        <w:tc>
          <w:tcPr>
            <w:tcW w:w="4819" w:type="dxa"/>
          </w:tcPr>
          <w:p w14:paraId="306E6F3D" w14:textId="77777777" w:rsidR="00424C49" w:rsidRPr="007C3371" w:rsidRDefault="0059002D">
            <w:pPr>
              <w:spacing w:after="40" w:line="259" w:lineRule="auto"/>
              <w:jc w:val="center"/>
              <w:rPr>
                <w:rFonts w:asciiTheme="majorHAnsi" w:hAnsiTheme="majorHAnsi" w:cstheme="majorHAnsi"/>
                <w:sz w:val="22"/>
                <w:lang w:val="pt-BR"/>
              </w:rPr>
            </w:pPr>
            <w:r w:rsidRPr="007C3371">
              <w:rPr>
                <w:rFonts w:asciiTheme="majorHAnsi" w:hAnsiTheme="majorHAnsi" w:cstheme="majorHAnsi"/>
                <w:b/>
                <w:sz w:val="22"/>
                <w:lang w:val="pt-BR"/>
              </w:rPr>
              <w:t>Reprezentant legal,</w:t>
            </w:r>
          </w:p>
          <w:p w14:paraId="17AE361A" w14:textId="77777777" w:rsidR="00424C49" w:rsidRPr="007C3371" w:rsidRDefault="0059002D">
            <w:pPr>
              <w:spacing w:after="40" w:line="259" w:lineRule="auto"/>
              <w:jc w:val="center"/>
              <w:rPr>
                <w:rFonts w:asciiTheme="majorHAnsi" w:hAnsiTheme="majorHAnsi" w:cstheme="majorHAnsi"/>
                <w:sz w:val="22"/>
                <w:lang w:val="pt-BR"/>
              </w:rPr>
            </w:pPr>
            <w:r w:rsidRPr="007C3371">
              <w:rPr>
                <w:rFonts w:asciiTheme="majorHAnsi" w:hAnsiTheme="majorHAnsi" w:cstheme="majorHAnsi"/>
                <w:sz w:val="22"/>
                <w:lang w:val="pt-BR"/>
              </w:rPr>
              <w:t>[Nume Prenume, funcția]</w:t>
            </w:r>
          </w:p>
          <w:p w14:paraId="115E4D1A" w14:textId="77777777" w:rsidR="00424C49" w:rsidRPr="007C3371" w:rsidRDefault="00424C49">
            <w:pPr>
              <w:spacing w:after="40" w:line="259" w:lineRule="auto"/>
              <w:jc w:val="center"/>
              <w:rPr>
                <w:rFonts w:asciiTheme="majorHAnsi" w:hAnsiTheme="majorHAnsi" w:cstheme="majorHAnsi"/>
                <w:sz w:val="22"/>
                <w:lang w:val="pt-BR"/>
              </w:rPr>
            </w:pPr>
          </w:p>
          <w:p w14:paraId="69C0A720" w14:textId="77777777" w:rsidR="00424C49" w:rsidRPr="007C3371" w:rsidRDefault="0059002D">
            <w:pPr>
              <w:spacing w:after="40" w:line="259" w:lineRule="auto"/>
              <w:jc w:val="center"/>
              <w:rPr>
                <w:rFonts w:asciiTheme="majorHAnsi" w:hAnsiTheme="majorHAnsi" w:cstheme="majorHAnsi"/>
                <w:sz w:val="22"/>
              </w:rPr>
            </w:pPr>
            <w:proofErr w:type="spellStart"/>
            <w:r w:rsidRPr="007C3371">
              <w:rPr>
                <w:rFonts w:asciiTheme="majorHAnsi" w:hAnsiTheme="majorHAnsi" w:cstheme="majorHAnsi"/>
                <w:sz w:val="22"/>
              </w:rPr>
              <w:t>Semnătura</w:t>
            </w:r>
            <w:proofErr w:type="spellEnd"/>
            <w:r w:rsidRPr="007C3371">
              <w:rPr>
                <w:rFonts w:asciiTheme="majorHAnsi" w:hAnsiTheme="majorHAnsi" w:cstheme="majorHAnsi"/>
                <w:sz w:val="22"/>
              </w:rPr>
              <w:t xml:space="preserve"> </w:t>
            </w:r>
            <w:proofErr w:type="spellStart"/>
            <w:r w:rsidRPr="007C3371">
              <w:rPr>
                <w:rFonts w:asciiTheme="majorHAnsi" w:hAnsiTheme="majorHAnsi" w:cstheme="majorHAnsi"/>
                <w:sz w:val="22"/>
              </w:rPr>
              <w:t>și</w:t>
            </w:r>
            <w:proofErr w:type="spellEnd"/>
            <w:r w:rsidRPr="007C3371">
              <w:rPr>
                <w:rFonts w:asciiTheme="majorHAnsi" w:hAnsiTheme="majorHAnsi" w:cstheme="majorHAnsi"/>
                <w:sz w:val="22"/>
              </w:rPr>
              <w:t xml:space="preserve"> </w:t>
            </w:r>
            <w:proofErr w:type="spellStart"/>
            <w:r w:rsidRPr="007C3371">
              <w:rPr>
                <w:rFonts w:asciiTheme="majorHAnsi" w:hAnsiTheme="majorHAnsi" w:cstheme="majorHAnsi"/>
                <w:sz w:val="22"/>
              </w:rPr>
              <w:t>ștampila</w:t>
            </w:r>
            <w:proofErr w:type="spellEnd"/>
          </w:p>
        </w:tc>
      </w:tr>
    </w:tbl>
    <w:p w14:paraId="6CAD6A3A" w14:textId="77777777" w:rsidR="00424C49" w:rsidRPr="007C3371" w:rsidRDefault="00424C49">
      <w:pPr>
        <w:spacing w:after="40" w:line="259" w:lineRule="auto"/>
        <w:jc w:val="both"/>
        <w:rPr>
          <w:rFonts w:asciiTheme="majorHAnsi" w:hAnsiTheme="majorHAnsi" w:cstheme="majorHAnsi"/>
          <w:sz w:val="22"/>
        </w:rPr>
      </w:pPr>
    </w:p>
    <w:sectPr w:rsidR="00424C49" w:rsidRPr="007C3371" w:rsidSect="000346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020" w:right="1134" w:bottom="1020" w:left="1134" w:header="454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B4429E0" w14:textId="77777777" w:rsidR="00043CF1" w:rsidRDefault="00043CF1">
      <w:pPr>
        <w:spacing w:after="0" w:line="240" w:lineRule="auto"/>
      </w:pPr>
      <w:r>
        <w:separator/>
      </w:r>
    </w:p>
  </w:endnote>
  <w:endnote w:type="continuationSeparator" w:id="0">
    <w:p w14:paraId="4FE2480F" w14:textId="77777777" w:rsidR="00043CF1" w:rsidRDefault="00043C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72CE9F" w14:textId="77777777" w:rsidR="00443940" w:rsidRDefault="00443940"/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ABED9E" w14:textId="3FEEE72F" w:rsidR="00424C49" w:rsidRPr="00A06B79" w:rsidRDefault="0059002D">
    <w:pPr>
      <w:pStyle w:val="Footer"/>
      <w:spacing w:line="259" w:lineRule="auto"/>
      <w:jc w:val="center"/>
      <w:rPr>
        <w:lang w:val="pt-BR"/>
      </w:rPr>
    </w:pPr>
    <w:r w:rsidRPr="00A06B79">
      <w:rPr>
        <w:rFonts w:cs="Arial"/>
        <w:color w:val="666666"/>
        <w:sz w:val="16"/>
        <w:lang w:val="pt-BR"/>
      </w:rPr>
      <w:t xml:space="preserve">Anunț selecție partener privat – PEO 2021-2027 / apel „Universități deschise”  |  Pagina </w:t>
    </w:r>
    <w:r>
      <w:rPr>
        <w:rFonts w:cs="Arial"/>
        <w:color w:val="666666"/>
        <w:sz w:val="16"/>
      </w:rPr>
      <w:fldChar w:fldCharType="begin"/>
    </w:r>
    <w:r w:rsidRPr="00A06B79">
      <w:rPr>
        <w:rFonts w:cs="Arial"/>
        <w:color w:val="666666"/>
        <w:sz w:val="16"/>
        <w:lang w:val="pt-BR"/>
      </w:rPr>
      <w:instrText>PAGE</w:instrText>
    </w:r>
    <w:r>
      <w:rPr>
        <w:rFonts w:cs="Arial"/>
        <w:color w:val="666666"/>
        <w:sz w:val="16"/>
      </w:rPr>
      <w:fldChar w:fldCharType="separate"/>
    </w:r>
    <w:r w:rsidR="009529B9">
      <w:rPr>
        <w:rFonts w:cs="Arial"/>
        <w:noProof/>
        <w:color w:val="666666"/>
        <w:sz w:val="16"/>
        <w:lang w:val="pt-BR"/>
      </w:rPr>
      <w:t>4</w:t>
    </w:r>
    <w:r>
      <w:rPr>
        <w:rFonts w:cs="Arial"/>
        <w:color w:val="666666"/>
        <w:sz w:val="16"/>
      </w:rPr>
      <w:fldChar w:fldCharType="end"/>
    </w:r>
    <w:r w:rsidRPr="00A06B79">
      <w:rPr>
        <w:rFonts w:cs="Arial"/>
        <w:color w:val="666666"/>
        <w:sz w:val="16"/>
        <w:lang w:val="pt-BR"/>
      </w:rPr>
      <w:t xml:space="preserve"> din </w:t>
    </w:r>
    <w:r>
      <w:rPr>
        <w:rFonts w:cs="Arial"/>
        <w:color w:val="666666"/>
        <w:sz w:val="16"/>
      </w:rPr>
      <w:fldChar w:fldCharType="begin"/>
    </w:r>
    <w:r w:rsidRPr="00A06B79">
      <w:rPr>
        <w:rFonts w:cs="Arial"/>
        <w:color w:val="666666"/>
        <w:sz w:val="16"/>
        <w:lang w:val="pt-BR"/>
      </w:rPr>
      <w:instrText>NUMPAGES</w:instrText>
    </w:r>
    <w:r>
      <w:rPr>
        <w:rFonts w:cs="Arial"/>
        <w:color w:val="666666"/>
        <w:sz w:val="16"/>
      </w:rPr>
      <w:fldChar w:fldCharType="separate"/>
    </w:r>
    <w:r w:rsidR="009529B9">
      <w:rPr>
        <w:rFonts w:cs="Arial"/>
        <w:noProof/>
        <w:color w:val="666666"/>
        <w:sz w:val="16"/>
        <w:lang w:val="pt-BR"/>
      </w:rPr>
      <w:t>4</w:t>
    </w:r>
    <w:r>
      <w:rPr>
        <w:rFonts w:cs="Arial"/>
        <w:color w:val="666666"/>
        <w:sz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663F39" w14:textId="77777777" w:rsidR="00443940" w:rsidRDefault="00443940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705F7A5" w14:textId="77777777" w:rsidR="00043CF1" w:rsidRDefault="00043CF1">
      <w:pPr>
        <w:spacing w:after="0" w:line="240" w:lineRule="auto"/>
      </w:pPr>
      <w:r>
        <w:separator/>
      </w:r>
    </w:p>
  </w:footnote>
  <w:footnote w:type="continuationSeparator" w:id="0">
    <w:p w14:paraId="5B7CF091" w14:textId="77777777" w:rsidR="00043CF1" w:rsidRDefault="00043C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9C6070" w14:textId="77777777" w:rsidR="00443940" w:rsidRDefault="00443940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529BDB" w14:textId="77777777" w:rsidR="00424C49" w:rsidRPr="00A06B79" w:rsidRDefault="0059002D">
    <w:pPr>
      <w:pStyle w:val="Header"/>
      <w:spacing w:line="259" w:lineRule="auto"/>
      <w:rPr>
        <w:lang w:val="pt-BR"/>
      </w:rPr>
    </w:pPr>
    <w:r w:rsidRPr="00A06B79">
      <w:rPr>
        <w:rFonts w:cs="Arial"/>
        <w:b/>
        <w:sz w:val="20"/>
        <w:highlight w:val="yellow"/>
        <w:lang w:val="pt-BR"/>
      </w:rPr>
      <w:t>[Antet candidat]</w:t>
    </w:r>
  </w:p>
  <w:p w14:paraId="3331E771" w14:textId="77777777" w:rsidR="00424C49" w:rsidRDefault="0059002D">
    <w:pPr>
      <w:pBdr>
        <w:bottom w:val="single" w:sz="6" w:space="4" w:color="1F3864"/>
      </w:pBdr>
      <w:spacing w:after="120" w:line="259" w:lineRule="auto"/>
    </w:pPr>
    <w:r w:rsidRPr="00A06B79">
      <w:rPr>
        <w:rFonts w:cs="Arial"/>
        <w:color w:val="444444"/>
        <w:sz w:val="16"/>
        <w:highlight w:val="yellow"/>
        <w:lang w:val="pt-BR"/>
      </w:rPr>
      <w:t>[Adresa sediu]</w:t>
    </w:r>
    <w:r w:rsidRPr="00A06B79">
      <w:rPr>
        <w:rFonts w:cs="Arial"/>
        <w:color w:val="444444"/>
        <w:sz w:val="16"/>
        <w:lang w:val="pt-BR"/>
      </w:rPr>
      <w:t xml:space="preserve"> | Tel. </w:t>
    </w:r>
    <w:r>
      <w:rPr>
        <w:rFonts w:cs="Arial"/>
        <w:color w:val="444444"/>
        <w:sz w:val="16"/>
        <w:highlight w:val="yellow"/>
      </w:rPr>
      <w:t>[_____]</w:t>
    </w:r>
    <w:r>
      <w:rPr>
        <w:rFonts w:cs="Arial"/>
        <w:color w:val="444444"/>
        <w:sz w:val="16"/>
      </w:rPr>
      <w:t xml:space="preserve"> | E-mail: </w:t>
    </w:r>
    <w:r>
      <w:rPr>
        <w:rFonts w:cs="Arial"/>
        <w:color w:val="444444"/>
        <w:sz w:val="16"/>
        <w:highlight w:val="yellow"/>
      </w:rPr>
      <w:t>[_____]</w:t>
    </w:r>
    <w:r>
      <w:rPr>
        <w:rFonts w:cs="Arial"/>
        <w:color w:val="444444"/>
        <w:sz w:val="16"/>
      </w:rPr>
      <w:t xml:space="preserve"> | </w:t>
    </w:r>
    <w:r>
      <w:rPr>
        <w:rFonts w:cs="Arial"/>
        <w:color w:val="444444"/>
        <w:sz w:val="16"/>
        <w:highlight w:val="yellow"/>
      </w:rPr>
      <w:t>[</w:t>
    </w:r>
    <w:proofErr w:type="spellStart"/>
    <w:r>
      <w:rPr>
        <w:rFonts w:cs="Arial"/>
        <w:color w:val="444444"/>
        <w:sz w:val="16"/>
        <w:highlight w:val="yellow"/>
      </w:rPr>
      <w:t>adresa</w:t>
    </w:r>
    <w:proofErr w:type="spellEnd"/>
    <w:r>
      <w:rPr>
        <w:rFonts w:cs="Arial"/>
        <w:color w:val="444444"/>
        <w:sz w:val="16"/>
        <w:highlight w:val="yellow"/>
      </w:rPr>
      <w:t xml:space="preserve"> site]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A37522" w14:textId="77777777" w:rsidR="00443940" w:rsidRDefault="00443940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43CF1"/>
    <w:rsid w:val="0006063C"/>
    <w:rsid w:val="0015074B"/>
    <w:rsid w:val="001A5BBD"/>
    <w:rsid w:val="0029639D"/>
    <w:rsid w:val="002E7DB9"/>
    <w:rsid w:val="00326F90"/>
    <w:rsid w:val="00424C49"/>
    <w:rsid w:val="00443940"/>
    <w:rsid w:val="0057160C"/>
    <w:rsid w:val="005805EA"/>
    <w:rsid w:val="0059002D"/>
    <w:rsid w:val="006473A1"/>
    <w:rsid w:val="006C7828"/>
    <w:rsid w:val="00721A7C"/>
    <w:rsid w:val="007254D1"/>
    <w:rsid w:val="007C3371"/>
    <w:rsid w:val="007E0183"/>
    <w:rsid w:val="009529B9"/>
    <w:rsid w:val="00A06B79"/>
    <w:rsid w:val="00AA1D8D"/>
    <w:rsid w:val="00B47730"/>
    <w:rsid w:val="00B975D6"/>
    <w:rsid w:val="00CB0664"/>
    <w:rsid w:val="00DB78F8"/>
    <w:rsid w:val="00E71BD8"/>
    <w:rsid w:val="00E93A6F"/>
    <w:rsid w:val="00F42D3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4D59C4B"/>
  <w14:defaultImageDpi w14:val="300"/>
  <w15:docId w15:val="{CABDBE7B-8D7F-4D63-A3F2-9CD96B1664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rPr>
      <w:rFonts w:ascii="Arial" w:eastAsia="Arial" w:hAnsi="Arial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5C262BD-DEA0-41CC-B7E7-DB5F92B958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643</Words>
  <Characters>3735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4370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paciu</dc:creator>
  <cp:keywords/>
  <cp:lastModifiedBy>User</cp:lastModifiedBy>
  <cp:revision>3</cp:revision>
  <dcterms:created xsi:type="dcterms:W3CDTF">2026-10-26T10:24:00Z</dcterms:created>
  <dcterms:modified xsi:type="dcterms:W3CDTF">2026-10-26T10:39:00Z</dcterms:modified>
  <cp:category/>
</cp:coreProperties>
</file>