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7C839" w14:textId="77777777" w:rsidR="00C10299" w:rsidRPr="00C20B14" w:rsidRDefault="00777D04">
      <w:pPr>
        <w:spacing w:after="160" w:line="259" w:lineRule="auto"/>
        <w:jc w:val="right"/>
        <w:rPr>
          <w:lang w:val="pt-BR"/>
        </w:rPr>
      </w:pPr>
      <w:bookmarkStart w:id="0" w:name="_GoBack"/>
      <w:bookmarkEnd w:id="0"/>
      <w:r w:rsidRPr="00C20B14">
        <w:rPr>
          <w:rFonts w:cs="Arial"/>
          <w:b/>
          <w:lang w:val="pt-BR"/>
        </w:rPr>
        <w:t>Anexa nr. 5</w:t>
      </w:r>
    </w:p>
    <w:p w14:paraId="25390129" w14:textId="77777777" w:rsidR="007164CB" w:rsidRDefault="007164CB">
      <w:pPr>
        <w:keepNext/>
        <w:spacing w:after="80" w:line="259" w:lineRule="auto"/>
        <w:jc w:val="center"/>
        <w:rPr>
          <w:rFonts w:cs="Arial"/>
          <w:b/>
          <w:sz w:val="26"/>
          <w:lang w:val="pt-BR"/>
        </w:rPr>
      </w:pPr>
    </w:p>
    <w:p w14:paraId="16EE3C31" w14:textId="77777777" w:rsidR="007164CB" w:rsidRDefault="007164CB">
      <w:pPr>
        <w:keepNext/>
        <w:spacing w:after="80" w:line="259" w:lineRule="auto"/>
        <w:jc w:val="center"/>
        <w:rPr>
          <w:rFonts w:cs="Arial"/>
          <w:b/>
          <w:sz w:val="26"/>
          <w:lang w:val="pt-BR"/>
        </w:rPr>
      </w:pPr>
    </w:p>
    <w:p w14:paraId="4C87E36A" w14:textId="77777777" w:rsidR="007164CB" w:rsidRDefault="007164CB">
      <w:pPr>
        <w:keepNext/>
        <w:spacing w:after="80" w:line="259" w:lineRule="auto"/>
        <w:jc w:val="center"/>
        <w:rPr>
          <w:rFonts w:cs="Arial"/>
          <w:b/>
          <w:sz w:val="26"/>
          <w:lang w:val="pt-BR"/>
        </w:rPr>
      </w:pPr>
    </w:p>
    <w:p w14:paraId="142C3B84" w14:textId="77777777" w:rsidR="007164CB" w:rsidRDefault="007164CB" w:rsidP="007164CB">
      <w:pPr>
        <w:keepNext/>
        <w:spacing w:after="80" w:line="360" w:lineRule="auto"/>
        <w:jc w:val="center"/>
        <w:rPr>
          <w:rFonts w:cs="Arial"/>
          <w:b/>
          <w:sz w:val="26"/>
          <w:lang w:val="pt-BR"/>
        </w:rPr>
      </w:pPr>
    </w:p>
    <w:p w14:paraId="7FF400E7" w14:textId="77777777" w:rsidR="007164CB" w:rsidRDefault="007164CB" w:rsidP="007164CB">
      <w:pPr>
        <w:keepNext/>
        <w:spacing w:after="80" w:line="360" w:lineRule="auto"/>
        <w:jc w:val="center"/>
        <w:rPr>
          <w:rFonts w:cs="Arial"/>
          <w:b/>
          <w:sz w:val="26"/>
          <w:lang w:val="pt-BR"/>
        </w:rPr>
      </w:pPr>
    </w:p>
    <w:p w14:paraId="4ED3A8D6" w14:textId="77777777" w:rsidR="00C10299" w:rsidRPr="00C20B14" w:rsidRDefault="00777D04" w:rsidP="007164CB">
      <w:pPr>
        <w:keepNext/>
        <w:spacing w:after="80" w:line="360" w:lineRule="auto"/>
        <w:jc w:val="center"/>
        <w:rPr>
          <w:lang w:val="pt-BR"/>
        </w:rPr>
      </w:pPr>
      <w:r w:rsidRPr="00C20B14">
        <w:rPr>
          <w:rFonts w:cs="Arial"/>
          <w:b/>
          <w:sz w:val="26"/>
          <w:lang w:val="pt-BR"/>
        </w:rPr>
        <w:t>DECLARAȚIE DE DISPONIBILITATE</w:t>
      </w:r>
    </w:p>
    <w:p w14:paraId="2900EA97" w14:textId="77777777" w:rsidR="00C10299" w:rsidRPr="00C20B14" w:rsidRDefault="00C10299" w:rsidP="007164CB">
      <w:pPr>
        <w:spacing w:after="80" w:line="360" w:lineRule="auto"/>
        <w:jc w:val="both"/>
        <w:rPr>
          <w:lang w:val="pt-BR"/>
        </w:rPr>
      </w:pPr>
    </w:p>
    <w:p w14:paraId="23347C52" w14:textId="77777777" w:rsidR="00C10299" w:rsidRPr="007164CB" w:rsidRDefault="00777D04" w:rsidP="007164CB">
      <w:pPr>
        <w:spacing w:after="120" w:line="360" w:lineRule="auto"/>
        <w:jc w:val="both"/>
        <w:rPr>
          <w:lang w:val="pt-BR"/>
        </w:rPr>
      </w:pPr>
      <w:r w:rsidRPr="007164CB">
        <w:rPr>
          <w:rFonts w:cs="Arial"/>
          <w:lang w:val="pt-BR"/>
        </w:rPr>
        <w:t xml:space="preserve">Subsemnatul/Subsemnata [nume, prenume], domiciliat(ă) în [localitate], declar că sunt de acord să fac parte din echipa de implementare a proiectului </w:t>
      </w:r>
      <w:r w:rsidR="007164CB" w:rsidRPr="00E240E3">
        <w:rPr>
          <w:rFonts w:asciiTheme="majorHAnsi" w:hAnsiTheme="majorHAnsi" w:cstheme="majorHAnsi"/>
          <w:b/>
          <w:sz w:val="24"/>
          <w:szCs w:val="24"/>
          <w:lang w:val="pt-BR"/>
        </w:rPr>
        <w:t>„</w:t>
      </w:r>
      <w:r w:rsidR="007164CB" w:rsidRPr="00E240E3">
        <w:rPr>
          <w:rFonts w:asciiTheme="majorHAnsi" w:hAnsiTheme="majorHAnsi" w:cstheme="majorHAnsi"/>
          <w:b/>
          <w:bCs/>
          <w:sz w:val="24"/>
          <w:szCs w:val="24"/>
          <w:lang w:val="pt-PT"/>
        </w:rPr>
        <w:t>Școala de Inventică Reloaded –</w:t>
      </w:r>
      <w:r w:rsidR="007164CB" w:rsidRPr="00235DEF">
        <w:rPr>
          <w:rFonts w:asciiTheme="majorHAnsi" w:hAnsiTheme="majorHAnsi" w:cstheme="majorHAnsi"/>
          <w:b/>
          <w:bCs/>
          <w:sz w:val="24"/>
          <w:szCs w:val="24"/>
          <w:lang w:val="pt-PT"/>
        </w:rPr>
        <w:t xml:space="preserve"> Tradiție și modernitate academică în specializarea inteligentă și în inovarea digitală</w:t>
      </w:r>
      <w:r w:rsidR="007164CB">
        <w:rPr>
          <w:rFonts w:asciiTheme="majorHAnsi" w:hAnsiTheme="majorHAnsi" w:cstheme="majorHAnsi"/>
          <w:b/>
          <w:bCs/>
          <w:sz w:val="24"/>
          <w:szCs w:val="24"/>
          <w:lang w:val="pt-PT"/>
        </w:rPr>
        <w:t xml:space="preserve"> </w:t>
      </w:r>
      <w:r w:rsidR="007164CB" w:rsidRPr="00235DEF">
        <w:rPr>
          <w:rFonts w:asciiTheme="majorHAnsi" w:hAnsiTheme="majorHAnsi" w:cstheme="majorHAnsi"/>
          <w:b/>
          <w:bCs/>
          <w:sz w:val="24"/>
          <w:szCs w:val="24"/>
          <w:lang w:val="pt-PT"/>
        </w:rPr>
        <w:t>a viitorului – SIR-TUIASI</w:t>
      </w:r>
      <w:r w:rsidR="007164CB" w:rsidRPr="00235DEF">
        <w:rPr>
          <w:rFonts w:asciiTheme="majorHAnsi" w:hAnsiTheme="majorHAnsi" w:cstheme="majorHAnsi"/>
          <w:b/>
          <w:sz w:val="24"/>
          <w:szCs w:val="24"/>
          <w:lang w:val="pt-BR"/>
        </w:rPr>
        <w:t>”</w:t>
      </w:r>
      <w:r w:rsidRPr="007164CB">
        <w:rPr>
          <w:rFonts w:cs="Arial"/>
          <w:lang w:val="pt-BR"/>
        </w:rPr>
        <w:t xml:space="preserve">, ce urmează a fi depus de </w:t>
      </w:r>
      <w:r w:rsidR="007164CB" w:rsidRPr="007164CB">
        <w:rPr>
          <w:rFonts w:cs="Arial"/>
          <w:b/>
          <w:bCs/>
          <w:lang w:val="pt-BR"/>
        </w:rPr>
        <w:t>UNIVERSITATEA TEHNICĂ „GHEORGHE ASACHI” DIN IAȘI</w:t>
      </w:r>
      <w:r w:rsidR="007164CB" w:rsidRPr="007164CB">
        <w:rPr>
          <w:rFonts w:cs="Arial"/>
          <w:lang w:val="pt-BR"/>
        </w:rPr>
        <w:t>,</w:t>
      </w:r>
      <w:r w:rsidRPr="007164CB">
        <w:rPr>
          <w:rFonts w:cs="Arial"/>
          <w:lang w:val="pt-BR"/>
        </w:rPr>
        <w:t xml:space="preserve"> în cadrul PEO 2021-2027, apelul „Universități deschise”, în calit</w:t>
      </w:r>
      <w:r w:rsidRPr="007164CB">
        <w:rPr>
          <w:rFonts w:cs="Arial"/>
          <w:lang w:val="pt-BR"/>
        </w:rPr>
        <w:t>ate de [coordonator proiect partener / expert _____], propus de [denumirea candidatului].</w:t>
      </w:r>
    </w:p>
    <w:p w14:paraId="2F922AFC" w14:textId="0FC98616" w:rsidR="00C10299" w:rsidRPr="007164CB" w:rsidRDefault="00777D04" w:rsidP="007164CB">
      <w:pPr>
        <w:spacing w:after="120" w:line="360" w:lineRule="auto"/>
        <w:jc w:val="both"/>
        <w:rPr>
          <w:lang w:val="pt-BR"/>
        </w:rPr>
      </w:pPr>
      <w:r w:rsidRPr="007164CB">
        <w:rPr>
          <w:rFonts w:cs="Arial"/>
          <w:lang w:val="pt-BR"/>
        </w:rPr>
        <w:t>Mă angajez să fiu disponibil(ă) pe întreaga perioadă de implementare a proiectului, cu respectarea limitei legale a timpului de lucru cumulat în proiecte și în alte a</w:t>
      </w:r>
      <w:r w:rsidRPr="007164CB">
        <w:rPr>
          <w:rFonts w:cs="Arial"/>
          <w:lang w:val="pt-BR"/>
        </w:rPr>
        <w:t>ctivități, și declar că informațiile din CV-ul anexat sunt reale.</w:t>
      </w:r>
    </w:p>
    <w:p w14:paraId="1587CD2E" w14:textId="77777777" w:rsidR="00C10299" w:rsidRPr="007164CB" w:rsidRDefault="00777D04" w:rsidP="007164CB">
      <w:pPr>
        <w:spacing w:after="120" w:line="360" w:lineRule="auto"/>
        <w:jc w:val="both"/>
        <w:rPr>
          <w:lang w:val="pt-BR"/>
        </w:rPr>
      </w:pPr>
      <w:r w:rsidRPr="007164CB">
        <w:rPr>
          <w:rFonts w:cs="Arial"/>
          <w:lang w:val="pt-BR"/>
        </w:rPr>
        <w:t>Am luat la cunoștință că datele mele cu caracter personal sunt prelucrate exclusiv în scopul procedurii de selecție, al elaborării, evaluării și implementării proiectului, conform Regulament</w:t>
      </w:r>
      <w:r w:rsidRPr="007164CB">
        <w:rPr>
          <w:rFonts w:cs="Arial"/>
          <w:lang w:val="pt-BR"/>
        </w:rPr>
        <w:t>ului (UE) 2016/679 și informării din pct. 12 al anunțului de selecție.</w:t>
      </w:r>
    </w:p>
    <w:p w14:paraId="15D72A11" w14:textId="77777777" w:rsidR="00C10299" w:rsidRPr="007164CB" w:rsidRDefault="00C10299" w:rsidP="007164CB">
      <w:pPr>
        <w:spacing w:after="120" w:line="360" w:lineRule="auto"/>
        <w:jc w:val="both"/>
        <w:rPr>
          <w:lang w:val="pt-BR"/>
        </w:rPr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C10299" w14:paraId="379B4D46" w14:textId="77777777">
        <w:tc>
          <w:tcPr>
            <w:tcW w:w="4819" w:type="dxa"/>
          </w:tcPr>
          <w:p w14:paraId="7A75852B" w14:textId="77777777" w:rsidR="00C10299" w:rsidRPr="007164CB" w:rsidRDefault="00777D04" w:rsidP="007164CB">
            <w:pPr>
              <w:spacing w:after="40" w:line="360" w:lineRule="auto"/>
            </w:pPr>
            <w:r w:rsidRPr="007164CB">
              <w:rPr>
                <w:rFonts w:cs="Arial"/>
              </w:rPr>
              <w:t>Data: [__.__.2026]</w:t>
            </w:r>
          </w:p>
        </w:tc>
        <w:tc>
          <w:tcPr>
            <w:tcW w:w="4819" w:type="dxa"/>
          </w:tcPr>
          <w:p w14:paraId="0982CF44" w14:textId="77777777" w:rsidR="00C10299" w:rsidRPr="007164CB" w:rsidRDefault="00777D04" w:rsidP="007164CB">
            <w:pPr>
              <w:spacing w:after="40" w:line="360" w:lineRule="auto"/>
              <w:jc w:val="center"/>
            </w:pPr>
            <w:r w:rsidRPr="007164CB">
              <w:rPr>
                <w:rFonts w:cs="Arial"/>
              </w:rPr>
              <w:t>Nume și prenume: [_____]</w:t>
            </w:r>
          </w:p>
          <w:p w14:paraId="7A5614EE" w14:textId="77777777" w:rsidR="00C10299" w:rsidRPr="007164CB" w:rsidRDefault="00C10299" w:rsidP="007164CB">
            <w:pPr>
              <w:spacing w:after="40" w:line="360" w:lineRule="auto"/>
              <w:jc w:val="center"/>
            </w:pPr>
          </w:p>
          <w:p w14:paraId="536DD543" w14:textId="77777777" w:rsidR="00C10299" w:rsidRDefault="00777D04" w:rsidP="007164CB">
            <w:pPr>
              <w:spacing w:after="40" w:line="360" w:lineRule="auto"/>
              <w:jc w:val="center"/>
            </w:pPr>
            <w:r w:rsidRPr="007164CB">
              <w:rPr>
                <w:rFonts w:cs="Arial"/>
              </w:rPr>
              <w:t>Semnătura: ____________</w:t>
            </w:r>
          </w:p>
        </w:tc>
      </w:tr>
    </w:tbl>
    <w:p w14:paraId="5BF0396A" w14:textId="77777777" w:rsidR="00C10299" w:rsidRDefault="00C10299">
      <w:pPr>
        <w:spacing w:after="40" w:line="259" w:lineRule="auto"/>
        <w:jc w:val="both"/>
      </w:pPr>
    </w:p>
    <w:sectPr w:rsidR="00C1029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8E030" w14:textId="77777777" w:rsidR="00777D04" w:rsidRDefault="00777D04">
      <w:pPr>
        <w:spacing w:after="0" w:line="240" w:lineRule="auto"/>
      </w:pPr>
      <w:r>
        <w:separator/>
      </w:r>
    </w:p>
  </w:endnote>
  <w:endnote w:type="continuationSeparator" w:id="0">
    <w:p w14:paraId="66828B69" w14:textId="77777777" w:rsidR="00777D04" w:rsidRDefault="00777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B914E" w14:textId="77777777" w:rsidR="009964BE" w:rsidRDefault="009964B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3B467" w14:textId="5F51FC13" w:rsidR="00C10299" w:rsidRPr="00C20B14" w:rsidRDefault="00777D04">
    <w:pPr>
      <w:pStyle w:val="Footer"/>
      <w:spacing w:line="259" w:lineRule="auto"/>
      <w:jc w:val="center"/>
      <w:rPr>
        <w:lang w:val="pt-BR"/>
      </w:rPr>
    </w:pPr>
    <w:r w:rsidRPr="00C20B14">
      <w:rPr>
        <w:rFonts w:cs="Arial"/>
        <w:color w:val="666666"/>
        <w:sz w:val="16"/>
        <w:lang w:val="pt-BR"/>
      </w:rPr>
      <w:t xml:space="preserve">Anunț selecție partener privat – PEO 2021-2027 / apel „Universități deschise”  |  Pagina </w:t>
    </w:r>
    <w:r>
      <w:rPr>
        <w:rFonts w:cs="Arial"/>
        <w:color w:val="666666"/>
        <w:sz w:val="16"/>
      </w:rPr>
      <w:fldChar w:fldCharType="begin"/>
    </w:r>
    <w:r w:rsidRPr="00C20B14">
      <w:rPr>
        <w:rFonts w:cs="Arial"/>
        <w:color w:val="666666"/>
        <w:sz w:val="16"/>
        <w:lang w:val="pt-BR"/>
      </w:rPr>
      <w:instrText>PAGE</w:instrText>
    </w:r>
    <w:r>
      <w:rPr>
        <w:rFonts w:cs="Arial"/>
        <w:color w:val="666666"/>
        <w:sz w:val="16"/>
      </w:rPr>
      <w:fldChar w:fldCharType="separate"/>
    </w:r>
    <w:r w:rsidR="009A5AAB">
      <w:rPr>
        <w:rFonts w:cs="Arial"/>
        <w:noProof/>
        <w:color w:val="666666"/>
        <w:sz w:val="16"/>
        <w:lang w:val="pt-BR"/>
      </w:rPr>
      <w:t>1</w:t>
    </w:r>
    <w:r>
      <w:rPr>
        <w:rFonts w:cs="Arial"/>
        <w:color w:val="666666"/>
        <w:sz w:val="16"/>
      </w:rPr>
      <w:fldChar w:fldCharType="end"/>
    </w:r>
    <w:r w:rsidRPr="00C20B14">
      <w:rPr>
        <w:rFonts w:cs="Arial"/>
        <w:color w:val="666666"/>
        <w:sz w:val="16"/>
        <w:lang w:val="pt-BR"/>
      </w:rPr>
      <w:t xml:space="preserve"> din </w:t>
    </w:r>
    <w:r>
      <w:rPr>
        <w:rFonts w:cs="Arial"/>
        <w:color w:val="666666"/>
        <w:sz w:val="16"/>
      </w:rPr>
      <w:fldChar w:fldCharType="begin"/>
    </w:r>
    <w:r w:rsidRPr="00C20B14">
      <w:rPr>
        <w:rFonts w:cs="Arial"/>
        <w:color w:val="666666"/>
        <w:sz w:val="16"/>
        <w:lang w:val="pt-BR"/>
      </w:rPr>
      <w:instrText>NUMPAGES</w:instrText>
    </w:r>
    <w:r>
      <w:rPr>
        <w:rFonts w:cs="Arial"/>
        <w:color w:val="666666"/>
        <w:sz w:val="16"/>
      </w:rPr>
      <w:fldChar w:fldCharType="separate"/>
    </w:r>
    <w:r w:rsidR="009A5AAB">
      <w:rPr>
        <w:rFonts w:cs="Arial"/>
        <w:noProof/>
        <w:color w:val="666666"/>
        <w:sz w:val="16"/>
        <w:lang w:val="pt-BR"/>
      </w:rPr>
      <w:t>1</w:t>
    </w:r>
    <w:r>
      <w:rPr>
        <w:rFonts w:cs="Arial"/>
        <w:color w:val="666666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6DD7E" w14:textId="77777777" w:rsidR="009964BE" w:rsidRDefault="009964B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971F0" w14:textId="77777777" w:rsidR="00777D04" w:rsidRDefault="00777D04">
      <w:pPr>
        <w:spacing w:after="0" w:line="240" w:lineRule="auto"/>
      </w:pPr>
      <w:r>
        <w:separator/>
      </w:r>
    </w:p>
  </w:footnote>
  <w:footnote w:type="continuationSeparator" w:id="0">
    <w:p w14:paraId="1D8875BC" w14:textId="77777777" w:rsidR="00777D04" w:rsidRDefault="00777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71527" w14:textId="77777777" w:rsidR="009964BE" w:rsidRDefault="009964B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37C67" w14:textId="77777777" w:rsidR="00C10299" w:rsidRPr="00C20B14" w:rsidRDefault="00777D04">
    <w:pPr>
      <w:pStyle w:val="Header"/>
      <w:spacing w:line="259" w:lineRule="auto"/>
      <w:rPr>
        <w:lang w:val="pt-BR"/>
      </w:rPr>
    </w:pPr>
    <w:r w:rsidRPr="00C20B14">
      <w:rPr>
        <w:rFonts w:cs="Arial"/>
        <w:b/>
        <w:sz w:val="20"/>
        <w:highlight w:val="yellow"/>
        <w:lang w:val="pt-BR"/>
      </w:rPr>
      <w:t>[Antet candidat]</w:t>
    </w:r>
  </w:p>
  <w:p w14:paraId="195852C9" w14:textId="77777777" w:rsidR="00C10299" w:rsidRDefault="00777D04">
    <w:pPr>
      <w:pBdr>
        <w:bottom w:val="single" w:sz="6" w:space="4" w:color="1F3864"/>
      </w:pBdr>
      <w:spacing w:after="120" w:line="259" w:lineRule="auto"/>
    </w:pPr>
    <w:r w:rsidRPr="00C20B14">
      <w:rPr>
        <w:rFonts w:cs="Arial"/>
        <w:color w:val="444444"/>
        <w:sz w:val="16"/>
        <w:highlight w:val="yellow"/>
        <w:lang w:val="pt-BR"/>
      </w:rPr>
      <w:t>[Adresa sediu]</w:t>
    </w:r>
    <w:r w:rsidRPr="00C20B14">
      <w:rPr>
        <w:rFonts w:cs="Arial"/>
        <w:color w:val="444444"/>
        <w:sz w:val="16"/>
        <w:lang w:val="pt-BR"/>
      </w:rPr>
      <w:t xml:space="preserve"> | Tel. </w:t>
    </w:r>
    <w:r>
      <w:rPr>
        <w:rFonts w:cs="Arial"/>
        <w:color w:val="444444"/>
        <w:sz w:val="16"/>
        <w:highlight w:val="yellow"/>
      </w:rPr>
      <w:t>[_____]</w:t>
    </w:r>
    <w:r>
      <w:rPr>
        <w:rFonts w:cs="Arial"/>
        <w:color w:val="444444"/>
        <w:sz w:val="16"/>
      </w:rPr>
      <w:t xml:space="preserve"> | E-mail: </w:t>
    </w:r>
    <w:r>
      <w:rPr>
        <w:rFonts w:cs="Arial"/>
        <w:color w:val="444444"/>
        <w:sz w:val="16"/>
        <w:highlight w:val="yellow"/>
      </w:rPr>
      <w:t>[_____]</w:t>
    </w:r>
    <w:r>
      <w:rPr>
        <w:rFonts w:cs="Arial"/>
        <w:color w:val="444444"/>
        <w:sz w:val="16"/>
      </w:rPr>
      <w:t xml:space="preserve"> | </w:t>
    </w:r>
    <w:r>
      <w:rPr>
        <w:rFonts w:cs="Arial"/>
        <w:color w:val="444444"/>
        <w:sz w:val="16"/>
        <w:highlight w:val="yellow"/>
      </w:rPr>
      <w:t>[adresa site]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636AB" w14:textId="77777777" w:rsidR="009964BE" w:rsidRDefault="009964B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1F75"/>
    <w:rsid w:val="0015074B"/>
    <w:rsid w:val="0029639D"/>
    <w:rsid w:val="00326F90"/>
    <w:rsid w:val="006E70E1"/>
    <w:rsid w:val="007164CB"/>
    <w:rsid w:val="0075311F"/>
    <w:rsid w:val="00777D04"/>
    <w:rsid w:val="009964BE"/>
    <w:rsid w:val="009A5AAB"/>
    <w:rsid w:val="00AA1D8D"/>
    <w:rsid w:val="00B47730"/>
    <w:rsid w:val="00B975D6"/>
    <w:rsid w:val="00C10299"/>
    <w:rsid w:val="00C20B14"/>
    <w:rsid w:val="00CB0664"/>
    <w:rsid w:val="00D26F92"/>
    <w:rsid w:val="00E34817"/>
    <w:rsid w:val="00FC693F"/>
    <w:rsid w:val="00FF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739420"/>
  <w14:defaultImageDpi w14:val="300"/>
  <w15:docId w15:val="{4652CB26-AB10-47B5-827A-63032695F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C23434-2430-4416-B4ED-0356EA41D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paciu</dc:creator>
  <cp:keywords/>
  <cp:lastModifiedBy>User</cp:lastModifiedBy>
  <cp:revision>2</cp:revision>
  <dcterms:created xsi:type="dcterms:W3CDTF">2026-10-26T10:25:00Z</dcterms:created>
  <dcterms:modified xsi:type="dcterms:W3CDTF">2026-10-26T10:25:00Z</dcterms:modified>
  <cp:category/>
</cp:coreProperties>
</file>